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31"/>
        <w:gridCol w:w="5131"/>
      </w:tblGrid>
      <w:tr w:rsidR="007B6146" w:rsidRPr="00211AC2" w14:paraId="64F1894A" w14:textId="77777777">
        <w:trPr>
          <w:jc w:val="center"/>
        </w:trPr>
        <w:tc>
          <w:tcPr>
            <w:tcW w:w="51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5F1EFE" w14:textId="77777777" w:rsidR="007B6146" w:rsidRPr="00211AC2" w:rsidRDefault="007B6146">
            <w:pPr>
              <w:rPr>
                <w:rFonts w:ascii="Times New Roman" w:hAnsi="Times New Roman" w:cs="Times New Roman"/>
              </w:rPr>
            </w:pPr>
          </w:p>
          <w:p w14:paraId="5634C698" w14:textId="77777777" w:rsidR="007B6146" w:rsidRPr="00211AC2" w:rsidRDefault="00000000">
            <w:pPr>
              <w:tabs>
                <w:tab w:val="left" w:leader="dot" w:pos="5046"/>
              </w:tabs>
              <w:rPr>
                <w:rFonts w:ascii="Times New Roman" w:hAnsi="Times New Roman" w:cs="Times New Roman"/>
              </w:rPr>
            </w:pPr>
            <w:r w:rsidRPr="00211AC2">
              <w:rPr>
                <w:rFonts w:ascii="Times New Roman" w:hAnsi="Times New Roman" w:cs="Times New Roman"/>
                <w:b/>
              </w:rPr>
              <w:t xml:space="preserve">Nr. înregistrare </w:t>
            </w:r>
            <w:r w:rsidRPr="00211AC2">
              <w:rPr>
                <w:rFonts w:ascii="Times New Roman" w:hAnsi="Times New Roman" w:cs="Times New Roman"/>
              </w:rPr>
              <w:tab/>
            </w:r>
          </w:p>
          <w:p w14:paraId="41B3AAA2" w14:textId="77777777" w:rsidR="007B6146" w:rsidRPr="00211AC2" w:rsidRDefault="00000000">
            <w:pPr>
              <w:tabs>
                <w:tab w:val="left" w:leader="dot" w:pos="5046"/>
              </w:tabs>
              <w:rPr>
                <w:rFonts w:ascii="Times New Roman" w:hAnsi="Times New Roman" w:cs="Times New Roman"/>
              </w:rPr>
            </w:pPr>
            <w:r w:rsidRPr="00211AC2">
              <w:rPr>
                <w:rFonts w:ascii="Times New Roman" w:hAnsi="Times New Roman" w:cs="Times New Roman"/>
                <w:b/>
              </w:rPr>
              <w:t xml:space="preserve">Unitatea de învățământ </w:t>
            </w:r>
            <w:r w:rsidRPr="00211AC2">
              <w:rPr>
                <w:rFonts w:ascii="Times New Roman" w:hAnsi="Times New Roman" w:cs="Times New Roman"/>
              </w:rPr>
              <w:tab/>
            </w:r>
          </w:p>
          <w:p w14:paraId="24A5D488" w14:textId="77777777" w:rsidR="007B6146" w:rsidRPr="00211AC2" w:rsidRDefault="00000000">
            <w:pPr>
              <w:tabs>
                <w:tab w:val="left" w:leader="dot" w:pos="5046"/>
              </w:tabs>
              <w:rPr>
                <w:rFonts w:ascii="Times New Roman" w:hAnsi="Times New Roman" w:cs="Times New Roman"/>
              </w:rPr>
            </w:pPr>
            <w:r w:rsidRPr="00211AC2">
              <w:rPr>
                <w:rFonts w:ascii="Times New Roman" w:hAnsi="Times New Roman" w:cs="Times New Roman"/>
              </w:rPr>
              <w:t xml:space="preserve">Localitatea: </w:t>
            </w:r>
            <w:r w:rsidRPr="00211AC2">
              <w:rPr>
                <w:rFonts w:ascii="Times New Roman" w:hAnsi="Times New Roman" w:cs="Times New Roman"/>
              </w:rPr>
              <w:tab/>
            </w:r>
          </w:p>
          <w:p w14:paraId="08D72A6B" w14:textId="77777777" w:rsidR="007B6146" w:rsidRPr="00211AC2" w:rsidRDefault="00000000">
            <w:pPr>
              <w:tabs>
                <w:tab w:val="left" w:leader="dot" w:pos="5046"/>
              </w:tabs>
              <w:rPr>
                <w:rFonts w:ascii="Times New Roman" w:hAnsi="Times New Roman" w:cs="Times New Roman"/>
              </w:rPr>
            </w:pPr>
            <w:r w:rsidRPr="00211AC2">
              <w:rPr>
                <w:rFonts w:ascii="Times New Roman" w:hAnsi="Times New Roman" w:cs="Times New Roman"/>
              </w:rPr>
              <w:t xml:space="preserve">Telefon unitatea de învățământ: </w:t>
            </w:r>
            <w:r w:rsidRPr="00211AC2">
              <w:rPr>
                <w:rFonts w:ascii="Times New Roman" w:hAnsi="Times New Roman" w:cs="Times New Roman"/>
              </w:rPr>
              <w:tab/>
            </w:r>
          </w:p>
          <w:p w14:paraId="41830983" w14:textId="77777777" w:rsidR="007B6146" w:rsidRPr="00211AC2" w:rsidRDefault="00000000">
            <w:pPr>
              <w:tabs>
                <w:tab w:val="left" w:leader="dot" w:pos="5046"/>
              </w:tabs>
              <w:rPr>
                <w:rFonts w:ascii="Times New Roman" w:hAnsi="Times New Roman" w:cs="Times New Roman"/>
              </w:rPr>
            </w:pPr>
            <w:r w:rsidRPr="00211AC2">
              <w:rPr>
                <w:rFonts w:ascii="Times New Roman" w:hAnsi="Times New Roman" w:cs="Times New Roman"/>
              </w:rPr>
              <w:t xml:space="preserve">E-mail unitatea de învățământ: </w:t>
            </w:r>
            <w:r w:rsidRPr="00211AC2">
              <w:rPr>
                <w:rFonts w:ascii="Times New Roman" w:hAnsi="Times New Roman" w:cs="Times New Roman"/>
              </w:rPr>
              <w:tab/>
            </w:r>
          </w:p>
          <w:p w14:paraId="2F37698D" w14:textId="7EB929C7" w:rsidR="007B6146" w:rsidRPr="00211AC2" w:rsidRDefault="00000000">
            <w:pPr>
              <w:spacing w:before="140"/>
              <w:rPr>
                <w:rFonts w:ascii="Times New Roman" w:hAnsi="Times New Roman" w:cs="Times New Roman"/>
              </w:rPr>
            </w:pPr>
            <w:r w:rsidRPr="00211AC2">
              <w:rPr>
                <w:rFonts w:ascii="Times New Roman" w:hAnsi="Times New Roman" w:cs="Times New Roman"/>
                <w:b/>
                <w:sz w:val="22"/>
              </w:rPr>
              <w:t>AVIZAT DIRECTOR</w:t>
            </w:r>
          </w:p>
          <w:p w14:paraId="7BD91E56" w14:textId="77777777" w:rsidR="007B6146" w:rsidRPr="00211AC2" w:rsidRDefault="00000000">
            <w:pPr>
              <w:tabs>
                <w:tab w:val="left" w:leader="dot" w:pos="5046"/>
              </w:tabs>
              <w:rPr>
                <w:rFonts w:ascii="Times New Roman" w:hAnsi="Times New Roman" w:cs="Times New Roman"/>
              </w:rPr>
            </w:pPr>
            <w:r w:rsidRPr="00211AC2">
              <w:rPr>
                <w:rFonts w:ascii="Times New Roman" w:hAnsi="Times New Roman" w:cs="Times New Roman"/>
              </w:rPr>
              <w:t xml:space="preserve">Numele și prenumele </w:t>
            </w:r>
            <w:r w:rsidRPr="00211AC2">
              <w:rPr>
                <w:rFonts w:ascii="Times New Roman" w:hAnsi="Times New Roman" w:cs="Times New Roman"/>
              </w:rPr>
              <w:tab/>
            </w:r>
          </w:p>
          <w:p w14:paraId="536DBA75" w14:textId="77777777" w:rsidR="007B6146" w:rsidRPr="00211AC2" w:rsidRDefault="00000000">
            <w:pPr>
              <w:tabs>
                <w:tab w:val="left" w:leader="dot" w:pos="5046"/>
              </w:tabs>
              <w:rPr>
                <w:rFonts w:ascii="Times New Roman" w:hAnsi="Times New Roman" w:cs="Times New Roman"/>
              </w:rPr>
            </w:pPr>
            <w:r w:rsidRPr="00211AC2">
              <w:rPr>
                <w:rFonts w:ascii="Times New Roman" w:hAnsi="Times New Roman" w:cs="Times New Roman"/>
              </w:rPr>
              <w:t xml:space="preserve">Semnătura și ștampila </w:t>
            </w:r>
            <w:r w:rsidRPr="00211AC2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51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970607" w14:textId="77777777" w:rsidR="007B6146" w:rsidRPr="00211AC2" w:rsidRDefault="007B6146">
            <w:pPr>
              <w:rPr>
                <w:rFonts w:ascii="Times New Roman" w:hAnsi="Times New Roman" w:cs="Times New Roman"/>
              </w:rPr>
            </w:pPr>
          </w:p>
          <w:p w14:paraId="43CF071F" w14:textId="11DAD9FA" w:rsidR="007B6146" w:rsidRPr="00211AC2" w:rsidRDefault="00000000" w:rsidP="00211AC2">
            <w:pPr>
              <w:ind w:firstLine="1101"/>
              <w:rPr>
                <w:rFonts w:ascii="Times New Roman" w:hAnsi="Times New Roman" w:cs="Times New Roman"/>
              </w:rPr>
            </w:pPr>
            <w:r w:rsidRPr="00211AC2">
              <w:rPr>
                <w:rFonts w:ascii="Times New Roman" w:hAnsi="Times New Roman" w:cs="Times New Roman"/>
                <w:b/>
              </w:rPr>
              <w:t xml:space="preserve">Nr. </w:t>
            </w:r>
            <w:proofErr w:type="spellStart"/>
            <w:r w:rsidRPr="00211AC2">
              <w:rPr>
                <w:rFonts w:ascii="Times New Roman" w:hAnsi="Times New Roman" w:cs="Times New Roman"/>
                <w:b/>
              </w:rPr>
              <w:t>înregistrare</w:t>
            </w:r>
            <w:proofErr w:type="spellEnd"/>
            <w:r w:rsidRPr="00211AC2">
              <w:rPr>
                <w:rFonts w:ascii="Times New Roman" w:hAnsi="Times New Roman" w:cs="Times New Roman"/>
                <w:b/>
              </w:rPr>
              <w:t xml:space="preserve"> I.S.J. </w:t>
            </w:r>
            <w:r w:rsidR="00211AC2" w:rsidRPr="00211AC2">
              <w:rPr>
                <w:rFonts w:ascii="Times New Roman" w:hAnsi="Times New Roman" w:cs="Times New Roman"/>
                <w:b/>
              </w:rPr>
              <w:t>Maramureș</w:t>
            </w:r>
          </w:p>
          <w:p w14:paraId="7850FC29" w14:textId="77777777" w:rsidR="007B6146" w:rsidRPr="00211AC2" w:rsidRDefault="00000000" w:rsidP="00211AC2">
            <w:pPr>
              <w:spacing w:before="240"/>
              <w:ind w:firstLine="1101"/>
              <w:rPr>
                <w:rFonts w:ascii="Times New Roman" w:hAnsi="Times New Roman" w:cs="Times New Roman"/>
              </w:rPr>
            </w:pPr>
            <w:r w:rsidRPr="00211AC2">
              <w:rPr>
                <w:rFonts w:ascii="Times New Roman" w:hAnsi="Times New Roman" w:cs="Times New Roman"/>
              </w:rPr>
              <w:t>__________ / ______________</w:t>
            </w:r>
          </w:p>
          <w:p w14:paraId="55E6B12C" w14:textId="77777777" w:rsidR="007B6146" w:rsidRPr="00211AC2" w:rsidRDefault="00000000" w:rsidP="00211AC2">
            <w:pPr>
              <w:spacing w:before="200"/>
              <w:ind w:firstLine="1101"/>
              <w:rPr>
                <w:rFonts w:ascii="Times New Roman" w:hAnsi="Times New Roman" w:cs="Times New Roman"/>
              </w:rPr>
            </w:pPr>
            <w:r w:rsidRPr="00211AC2">
              <w:rPr>
                <w:rFonts w:ascii="Times New Roman" w:hAnsi="Times New Roman" w:cs="Times New Roman"/>
                <w:b/>
              </w:rPr>
              <w:t xml:space="preserve">Aprobat </w:t>
            </w:r>
            <w:r w:rsidRPr="00211AC2">
              <w:rPr>
                <w:rFonts w:ascii="Times New Roman" w:hAnsi="Times New Roman" w:cs="Times New Roman"/>
              </w:rPr>
              <w:t>în ședința Consiliului de</w:t>
            </w:r>
          </w:p>
          <w:p w14:paraId="0E27BDA1" w14:textId="6C0573CC" w:rsidR="007B6146" w:rsidRPr="00211AC2" w:rsidRDefault="00000000" w:rsidP="00211AC2">
            <w:pPr>
              <w:ind w:firstLine="1101"/>
              <w:rPr>
                <w:rFonts w:ascii="Times New Roman" w:hAnsi="Times New Roman" w:cs="Times New Roman"/>
              </w:rPr>
            </w:pPr>
            <w:proofErr w:type="spellStart"/>
            <w:r w:rsidRPr="00211AC2">
              <w:rPr>
                <w:rFonts w:ascii="Times New Roman" w:hAnsi="Times New Roman" w:cs="Times New Roman"/>
              </w:rPr>
              <w:t>Administrație</w:t>
            </w:r>
            <w:proofErr w:type="spellEnd"/>
            <w:r w:rsidRPr="00211AC2">
              <w:rPr>
                <w:rFonts w:ascii="Times New Roman" w:hAnsi="Times New Roman" w:cs="Times New Roman"/>
              </w:rPr>
              <w:t xml:space="preserve"> al ISJ </w:t>
            </w:r>
            <w:r w:rsidR="00211AC2" w:rsidRPr="00211AC2">
              <w:rPr>
                <w:rFonts w:ascii="Times New Roman" w:hAnsi="Times New Roman" w:cs="Times New Roman"/>
              </w:rPr>
              <w:t>Maramureș</w:t>
            </w:r>
          </w:p>
          <w:p w14:paraId="25A27865" w14:textId="77777777" w:rsidR="007B6146" w:rsidRPr="00211AC2" w:rsidRDefault="00000000" w:rsidP="00211AC2">
            <w:pPr>
              <w:ind w:firstLine="1101"/>
              <w:rPr>
                <w:rFonts w:ascii="Times New Roman" w:hAnsi="Times New Roman" w:cs="Times New Roman"/>
              </w:rPr>
            </w:pPr>
            <w:r w:rsidRPr="00211AC2">
              <w:rPr>
                <w:rFonts w:ascii="Times New Roman" w:hAnsi="Times New Roman" w:cs="Times New Roman"/>
              </w:rPr>
              <w:t>din data __________________</w:t>
            </w:r>
          </w:p>
        </w:tc>
      </w:tr>
      <w:tr w:rsidR="00211AC2" w:rsidRPr="00211AC2" w14:paraId="43E94C22" w14:textId="77777777">
        <w:trPr>
          <w:jc w:val="center"/>
        </w:trPr>
        <w:tc>
          <w:tcPr>
            <w:tcW w:w="51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6121ED" w14:textId="77777777" w:rsidR="00211AC2" w:rsidRPr="00211AC2" w:rsidRDefault="00211A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1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F3E64" w14:textId="77777777" w:rsidR="00211AC2" w:rsidRPr="00211AC2" w:rsidRDefault="00211AC2">
            <w:pPr>
              <w:rPr>
                <w:rFonts w:ascii="Times New Roman" w:hAnsi="Times New Roman" w:cs="Times New Roman"/>
              </w:rPr>
            </w:pPr>
          </w:p>
        </w:tc>
      </w:tr>
    </w:tbl>
    <w:p w14:paraId="212CCA7B" w14:textId="77777777" w:rsidR="007B6146" w:rsidRPr="00211AC2" w:rsidRDefault="007B6146">
      <w:pPr>
        <w:spacing w:before="140"/>
        <w:rPr>
          <w:rFonts w:ascii="Times New Roman" w:hAnsi="Times New Roman" w:cs="Times New Roman"/>
        </w:rPr>
      </w:pPr>
    </w:p>
    <w:p w14:paraId="4E60880E" w14:textId="15DDA7AE" w:rsidR="007B6146" w:rsidRPr="00DC7AEB" w:rsidRDefault="00000000">
      <w:pPr>
        <w:spacing w:before="80" w:after="24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7AEB">
        <w:rPr>
          <w:rFonts w:ascii="Times New Roman" w:hAnsi="Times New Roman" w:cs="Times New Roman"/>
          <w:b/>
          <w:sz w:val="28"/>
          <w:szCs w:val="28"/>
        </w:rPr>
        <w:t xml:space="preserve"> DOMNULE INSPECTOR ȘCOLAR GENERAL,</w:t>
      </w:r>
    </w:p>
    <w:p w14:paraId="670B2DBC" w14:textId="77777777" w:rsidR="00F24467" w:rsidRDefault="00F24467" w:rsidP="00F24467">
      <w:pPr>
        <w:spacing w:after="40"/>
        <w:ind w:firstLine="680"/>
        <w:jc w:val="both"/>
        <w:rPr>
          <w:rFonts w:ascii="Times New Roman" w:hAnsi="Times New Roman" w:cs="Times New Roman"/>
          <w:sz w:val="22"/>
        </w:rPr>
      </w:pPr>
    </w:p>
    <w:p w14:paraId="26ED77EE" w14:textId="28E151C8" w:rsidR="00F24467" w:rsidRDefault="00000000" w:rsidP="00F24467">
      <w:pPr>
        <w:spacing w:after="40"/>
        <w:ind w:firstLine="680"/>
        <w:jc w:val="both"/>
        <w:rPr>
          <w:rFonts w:ascii="Times New Roman" w:hAnsi="Times New Roman" w:cs="Times New Roman"/>
          <w:sz w:val="22"/>
        </w:rPr>
      </w:pPr>
      <w:proofErr w:type="spellStart"/>
      <w:r w:rsidRPr="00DC7AEB">
        <w:rPr>
          <w:rFonts w:ascii="Times New Roman" w:hAnsi="Times New Roman" w:cs="Times New Roman"/>
          <w:sz w:val="22"/>
        </w:rPr>
        <w:t>Subsemnatul</w:t>
      </w:r>
      <w:proofErr w:type="spellEnd"/>
      <w:r w:rsidRPr="00DC7AEB">
        <w:rPr>
          <w:rFonts w:ascii="Times New Roman" w:hAnsi="Times New Roman" w:cs="Times New Roman"/>
          <w:sz w:val="22"/>
        </w:rPr>
        <w:t>(a), ..................................................................................................</w:t>
      </w:r>
      <w:r w:rsidR="00211AC2" w:rsidRPr="00DC7AEB">
        <w:rPr>
          <w:rFonts w:ascii="Times New Roman" w:hAnsi="Times New Roman" w:cs="Times New Roman"/>
          <w:sz w:val="22"/>
        </w:rPr>
        <w:t>.................................</w:t>
      </w:r>
      <w:r w:rsidRPr="00DC7AEB">
        <w:rPr>
          <w:rFonts w:ascii="Times New Roman" w:hAnsi="Times New Roman" w:cs="Times New Roman"/>
          <w:sz w:val="22"/>
        </w:rPr>
        <w:t>...,</w:t>
      </w:r>
      <w:r w:rsidR="00211AC2" w:rsidRPr="00DC7AE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C7AEB">
        <w:rPr>
          <w:rFonts w:ascii="Times New Roman" w:hAnsi="Times New Roman" w:cs="Times New Roman"/>
          <w:sz w:val="22"/>
        </w:rPr>
        <w:t>având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</w:t>
      </w:r>
    </w:p>
    <w:p w14:paraId="58F42646" w14:textId="73687B61" w:rsidR="00F24467" w:rsidRPr="00045F53" w:rsidRDefault="00F24467" w:rsidP="00F24467">
      <w:pPr>
        <w:spacing w:after="40" w:line="360" w:lineRule="auto"/>
        <w:ind w:firstLine="680"/>
        <w:jc w:val="both"/>
        <w:rPr>
          <w:rFonts w:ascii="Times New Roman" w:hAnsi="Times New Roman" w:cs="Times New Roman"/>
          <w:sz w:val="16"/>
          <w:szCs w:val="16"/>
        </w:rPr>
      </w:pPr>
      <w:r w:rsidRPr="00F24467">
        <w:rPr>
          <w:sz w:val="16"/>
          <w:szCs w:val="16"/>
        </w:rPr>
        <w:t xml:space="preserve">                                                      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numele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familie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înainte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de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căsătorie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iniţiala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tatălui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prenumele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numele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după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căsătorie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>-cu majuscule</w:t>
      </w:r>
    </w:p>
    <w:p w14:paraId="12A1FFA4" w14:textId="77777777" w:rsidR="00F24467" w:rsidRPr="00F24467" w:rsidRDefault="00F24467" w:rsidP="00F24467">
      <w:pPr>
        <w:spacing w:after="40"/>
        <w:jc w:val="both"/>
        <w:rPr>
          <w:rFonts w:ascii="Times New Roman" w:hAnsi="Times New Roman" w:cs="Times New Roman"/>
          <w:sz w:val="16"/>
          <w:szCs w:val="16"/>
        </w:rPr>
      </w:pPr>
    </w:p>
    <w:p w14:paraId="6C49D7B1" w14:textId="7062A006" w:rsidR="00F24467" w:rsidRDefault="00000000" w:rsidP="00F24467">
      <w:pPr>
        <w:spacing w:after="40"/>
        <w:jc w:val="both"/>
        <w:rPr>
          <w:rFonts w:ascii="Times New Roman" w:hAnsi="Times New Roman" w:cs="Times New Roman"/>
          <w:sz w:val="22"/>
        </w:rPr>
      </w:pPr>
      <w:proofErr w:type="spellStart"/>
      <w:r w:rsidRPr="00DC7AEB">
        <w:rPr>
          <w:rFonts w:ascii="Times New Roman" w:hAnsi="Times New Roman" w:cs="Times New Roman"/>
          <w:sz w:val="22"/>
        </w:rPr>
        <w:t>funcția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didactică ...................</w:t>
      </w:r>
      <w:r w:rsidR="00211AC2" w:rsidRPr="00DC7AEB">
        <w:rPr>
          <w:rFonts w:ascii="Times New Roman" w:hAnsi="Times New Roman" w:cs="Times New Roman"/>
          <w:sz w:val="22"/>
        </w:rPr>
        <w:t>.....................</w:t>
      </w:r>
      <w:r w:rsidRPr="00DC7AEB">
        <w:rPr>
          <w:rFonts w:ascii="Times New Roman" w:hAnsi="Times New Roman" w:cs="Times New Roman"/>
          <w:sz w:val="22"/>
        </w:rPr>
        <w:t>.............................................., încadrat(ă) în anul școlar 2026 – 2027, la</w:t>
      </w:r>
      <w:r w:rsidR="00211AC2" w:rsidRPr="00DC7AEB">
        <w:rPr>
          <w:rFonts w:ascii="Times New Roman" w:hAnsi="Times New Roman" w:cs="Times New Roman"/>
          <w:sz w:val="22"/>
        </w:rPr>
        <w:t xml:space="preserve"> </w:t>
      </w:r>
    </w:p>
    <w:p w14:paraId="072E4C9B" w14:textId="5D5071E8" w:rsidR="00F24467" w:rsidRPr="00045F53" w:rsidRDefault="00F24467" w:rsidP="00F24467">
      <w:pPr>
        <w:ind w:right="-999"/>
        <w:rPr>
          <w:rFonts w:ascii="Times New Roman" w:hAnsi="Times New Roman" w:cs="Times New Roman"/>
          <w:sz w:val="16"/>
          <w:szCs w:val="16"/>
        </w:rPr>
      </w:pPr>
      <w:r w:rsidRPr="00045F53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(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educucatoare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>/</w:t>
      </w:r>
      <w:proofErr w:type="spellStart"/>
      <w:proofErr w:type="gramStart"/>
      <w:r w:rsidRPr="00045F53">
        <w:rPr>
          <w:rFonts w:ascii="Times New Roman" w:hAnsi="Times New Roman" w:cs="Times New Roman"/>
          <w:sz w:val="16"/>
          <w:szCs w:val="16"/>
        </w:rPr>
        <w:t>înv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>./</w:t>
      </w:r>
      <w:proofErr w:type="spellStart"/>
      <w:proofErr w:type="gramEnd"/>
      <w:r w:rsidRPr="00045F53">
        <w:rPr>
          <w:rFonts w:ascii="Times New Roman" w:hAnsi="Times New Roman" w:cs="Times New Roman"/>
          <w:sz w:val="16"/>
          <w:szCs w:val="16"/>
        </w:rPr>
        <w:t>maistru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instr./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profesor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I/</w:t>
      </w:r>
      <w:proofErr w:type="gramStart"/>
      <w:r w:rsidRPr="00045F53">
        <w:rPr>
          <w:rFonts w:ascii="Times New Roman" w:hAnsi="Times New Roman" w:cs="Times New Roman"/>
          <w:sz w:val="16"/>
          <w:szCs w:val="16"/>
        </w:rPr>
        <w:t>II)</w:t>
      </w:r>
      <w:r w:rsidR="00045F53" w:rsidRPr="00045F53">
        <w:rPr>
          <w:rFonts w:ascii="Times New Roman" w:hAnsi="Times New Roman" w:cs="Times New Roman"/>
          <w:sz w:val="14"/>
          <w:szCs w:val="14"/>
        </w:rPr>
        <w:t>*</w:t>
      </w:r>
      <w:proofErr w:type="gramEnd"/>
      <w:r w:rsidRPr="00045F53">
        <w:rPr>
          <w:rFonts w:ascii="Times New Roman" w:hAnsi="Times New Roman" w:cs="Times New Roman"/>
          <w:sz w:val="16"/>
          <w:szCs w:val="16"/>
        </w:rPr>
        <w:t xml:space="preserve">       </w:t>
      </w:r>
      <w:r w:rsidRPr="00045F53">
        <w:rPr>
          <w:rFonts w:ascii="Times New Roman" w:hAnsi="Times New Roman" w:cs="Times New Roman"/>
          <w:sz w:val="16"/>
          <w:szCs w:val="16"/>
        </w:rPr>
        <w:tab/>
      </w:r>
      <w:r w:rsidRPr="00045F53">
        <w:rPr>
          <w:rFonts w:ascii="Times New Roman" w:hAnsi="Times New Roman" w:cs="Times New Roman"/>
          <w:sz w:val="16"/>
          <w:szCs w:val="16"/>
        </w:rPr>
        <w:tab/>
      </w:r>
      <w:r w:rsidRPr="00045F53">
        <w:rPr>
          <w:rFonts w:ascii="Times New Roman" w:hAnsi="Times New Roman" w:cs="Times New Roman"/>
          <w:sz w:val="16"/>
          <w:szCs w:val="16"/>
        </w:rPr>
        <w:tab/>
      </w:r>
    </w:p>
    <w:p w14:paraId="5BF6194B" w14:textId="77777777" w:rsidR="00F24467" w:rsidRPr="00F24467" w:rsidRDefault="00F24467" w:rsidP="00F24467">
      <w:pPr>
        <w:spacing w:after="40"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4A9B22F2" w14:textId="4219343E" w:rsidR="007B6146" w:rsidRDefault="00000000" w:rsidP="00F24467">
      <w:pPr>
        <w:spacing w:after="40"/>
        <w:jc w:val="both"/>
        <w:rPr>
          <w:rFonts w:ascii="Times New Roman" w:hAnsi="Times New Roman" w:cs="Times New Roman"/>
          <w:sz w:val="22"/>
        </w:rPr>
      </w:pPr>
      <w:proofErr w:type="spellStart"/>
      <w:r w:rsidRPr="00DC7AEB">
        <w:rPr>
          <w:rFonts w:ascii="Times New Roman" w:hAnsi="Times New Roman" w:cs="Times New Roman"/>
          <w:sz w:val="22"/>
        </w:rPr>
        <w:t>unitatea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de </w:t>
      </w:r>
      <w:proofErr w:type="spellStart"/>
      <w:r w:rsidRPr="00DC7AEB">
        <w:rPr>
          <w:rFonts w:ascii="Times New Roman" w:hAnsi="Times New Roman" w:cs="Times New Roman"/>
          <w:sz w:val="22"/>
        </w:rPr>
        <w:t>învățământ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......</w:t>
      </w:r>
      <w:r w:rsidR="00211AC2" w:rsidRPr="00DC7AEB">
        <w:rPr>
          <w:rFonts w:ascii="Times New Roman" w:hAnsi="Times New Roman" w:cs="Times New Roman"/>
          <w:sz w:val="22"/>
        </w:rPr>
        <w:t>.</w:t>
      </w:r>
      <w:r w:rsidRPr="00DC7AEB">
        <w:rPr>
          <w:rFonts w:ascii="Times New Roman" w:hAnsi="Times New Roman" w:cs="Times New Roman"/>
          <w:sz w:val="22"/>
        </w:rPr>
        <w:t>.............................</w:t>
      </w:r>
      <w:r w:rsidR="00211AC2" w:rsidRPr="00DC7AEB">
        <w:rPr>
          <w:rFonts w:ascii="Times New Roman" w:hAnsi="Times New Roman" w:cs="Times New Roman"/>
          <w:sz w:val="22"/>
        </w:rPr>
        <w:t>..................................................................................................</w:t>
      </w:r>
      <w:r w:rsidRPr="00DC7AEB">
        <w:rPr>
          <w:rFonts w:ascii="Times New Roman" w:hAnsi="Times New Roman" w:cs="Times New Roman"/>
          <w:sz w:val="22"/>
        </w:rPr>
        <w:t>..............</w:t>
      </w:r>
    </w:p>
    <w:p w14:paraId="24230E9C" w14:textId="45A8F929" w:rsidR="00F24467" w:rsidRDefault="00F24467" w:rsidP="00F24467">
      <w:pPr>
        <w:ind w:right="-999"/>
        <w:jc w:val="center"/>
        <w:rPr>
          <w:sz w:val="16"/>
          <w:szCs w:val="16"/>
        </w:rPr>
      </w:pPr>
      <w:r>
        <w:rPr>
          <w:sz w:val="16"/>
          <w:szCs w:val="16"/>
        </w:rPr>
        <w:t>(</w:t>
      </w:r>
      <w:proofErr w:type="spellStart"/>
      <w:r>
        <w:rPr>
          <w:sz w:val="16"/>
          <w:szCs w:val="16"/>
        </w:rPr>
        <w:t>denumirea</w:t>
      </w:r>
      <w:proofErr w:type="spellEnd"/>
      <w:r>
        <w:rPr>
          <w:sz w:val="16"/>
          <w:szCs w:val="16"/>
        </w:rPr>
        <w:t xml:space="preserve"> </w:t>
      </w:r>
      <w:proofErr w:type="spellStart"/>
      <w:r>
        <w:rPr>
          <w:sz w:val="16"/>
          <w:szCs w:val="16"/>
        </w:rPr>
        <w:t>unităţii</w:t>
      </w:r>
      <w:proofErr w:type="spellEnd"/>
      <w:r>
        <w:rPr>
          <w:sz w:val="16"/>
          <w:szCs w:val="16"/>
        </w:rPr>
        <w:t xml:space="preserve"> de </w:t>
      </w:r>
      <w:proofErr w:type="spellStart"/>
      <w:proofErr w:type="gramStart"/>
      <w:r>
        <w:rPr>
          <w:sz w:val="16"/>
          <w:szCs w:val="16"/>
        </w:rPr>
        <w:t>învăţământ</w:t>
      </w:r>
      <w:proofErr w:type="spellEnd"/>
      <w:r>
        <w:rPr>
          <w:sz w:val="16"/>
          <w:szCs w:val="16"/>
        </w:rPr>
        <w:t xml:space="preserve"> )</w:t>
      </w:r>
      <w:proofErr w:type="gramEnd"/>
    </w:p>
    <w:p w14:paraId="23DF9546" w14:textId="77777777" w:rsidR="00F24467" w:rsidRPr="00F24467" w:rsidRDefault="00F24467" w:rsidP="00F24467">
      <w:pPr>
        <w:spacing w:after="40" w:line="276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46027B3" w14:textId="6E0E840C" w:rsidR="007B6146" w:rsidRPr="00DC7AEB" w:rsidRDefault="00000000" w:rsidP="00F24467">
      <w:pPr>
        <w:spacing w:after="40" w:line="276" w:lineRule="auto"/>
        <w:jc w:val="both"/>
        <w:rPr>
          <w:rFonts w:ascii="Times New Roman" w:hAnsi="Times New Roman" w:cs="Times New Roman"/>
          <w:sz w:val="22"/>
        </w:rPr>
      </w:pPr>
      <w:r w:rsidRPr="00DC7AEB">
        <w:rPr>
          <w:rFonts w:ascii="Times New Roman" w:hAnsi="Times New Roman" w:cs="Times New Roman"/>
          <w:sz w:val="22"/>
        </w:rPr>
        <w:t>din localitatea ...................................., absolvent(ă) al</w:t>
      </w:r>
      <w:r w:rsidR="00211AC2" w:rsidRPr="00DC7AEB">
        <w:rPr>
          <w:rFonts w:ascii="Times New Roman" w:hAnsi="Times New Roman" w:cs="Times New Roman"/>
          <w:sz w:val="22"/>
        </w:rPr>
        <w:t>………………………………………………………………….</w:t>
      </w:r>
      <w:r w:rsidRPr="00DC7AEB">
        <w:rPr>
          <w:rFonts w:ascii="Times New Roman" w:hAnsi="Times New Roman" w:cs="Times New Roman"/>
          <w:sz w:val="22"/>
        </w:rPr>
        <w:t xml:space="preserve"> ...............</w:t>
      </w:r>
      <w:r w:rsidR="00211AC2" w:rsidRPr="00DC7AEB">
        <w:rPr>
          <w:rFonts w:ascii="Times New Roman" w:hAnsi="Times New Roman" w:cs="Times New Roman"/>
          <w:sz w:val="22"/>
        </w:rPr>
        <w:t>.......................................</w:t>
      </w:r>
      <w:r w:rsidRPr="00DC7AEB">
        <w:rPr>
          <w:rFonts w:ascii="Times New Roman" w:hAnsi="Times New Roman" w:cs="Times New Roman"/>
          <w:sz w:val="22"/>
        </w:rPr>
        <w:t>.............................................................</w:t>
      </w:r>
      <w:r w:rsidR="00211AC2" w:rsidRPr="00DC7AEB">
        <w:rPr>
          <w:rFonts w:ascii="Times New Roman" w:hAnsi="Times New Roman" w:cs="Times New Roman"/>
          <w:sz w:val="22"/>
        </w:rPr>
        <w:t>...........</w:t>
      </w:r>
      <w:r w:rsidR="00F24467">
        <w:rPr>
          <w:rFonts w:ascii="Times New Roman" w:hAnsi="Times New Roman" w:cs="Times New Roman"/>
          <w:sz w:val="22"/>
        </w:rPr>
        <w:t xml:space="preserve"> </w:t>
      </w:r>
      <w:r w:rsidRPr="00DC7AEB">
        <w:rPr>
          <w:rFonts w:ascii="Times New Roman" w:hAnsi="Times New Roman" w:cs="Times New Roman"/>
          <w:sz w:val="22"/>
        </w:rPr>
        <w:t xml:space="preserve">cu </w:t>
      </w:r>
      <w:proofErr w:type="spellStart"/>
      <w:r w:rsidRPr="00DC7AEB">
        <w:rPr>
          <w:rFonts w:ascii="Times New Roman" w:hAnsi="Times New Roman" w:cs="Times New Roman"/>
          <w:sz w:val="22"/>
        </w:rPr>
        <w:t>durata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de ............... ani, </w:t>
      </w:r>
      <w:proofErr w:type="spellStart"/>
      <w:r w:rsidRPr="00DC7AEB">
        <w:rPr>
          <w:rFonts w:ascii="Times New Roman" w:hAnsi="Times New Roman" w:cs="Times New Roman"/>
          <w:sz w:val="22"/>
        </w:rPr>
        <w:t>specializarea</w:t>
      </w:r>
      <w:proofErr w:type="spellEnd"/>
      <w:r w:rsidRPr="00DC7AEB">
        <w:rPr>
          <w:rFonts w:ascii="Times New Roman" w:hAnsi="Times New Roman" w:cs="Times New Roman"/>
          <w:sz w:val="22"/>
        </w:rPr>
        <w:t>/</w:t>
      </w:r>
      <w:proofErr w:type="spellStart"/>
      <w:r w:rsidRPr="00DC7AEB">
        <w:rPr>
          <w:rFonts w:ascii="Times New Roman" w:hAnsi="Times New Roman" w:cs="Times New Roman"/>
          <w:sz w:val="22"/>
        </w:rPr>
        <w:t>specializările</w:t>
      </w:r>
      <w:proofErr w:type="spellEnd"/>
      <w:r w:rsidR="00211AC2" w:rsidRPr="00DC7AEB">
        <w:rPr>
          <w:rFonts w:ascii="Times New Roman" w:hAnsi="Times New Roman" w:cs="Times New Roman"/>
          <w:sz w:val="22"/>
        </w:rPr>
        <w:t xml:space="preserve"> ………………………………………………</w:t>
      </w:r>
      <w:r w:rsidR="00DC7AEB">
        <w:rPr>
          <w:rFonts w:ascii="Times New Roman" w:hAnsi="Times New Roman" w:cs="Times New Roman"/>
          <w:sz w:val="22"/>
        </w:rPr>
        <w:t>………………..</w:t>
      </w:r>
      <w:r w:rsidR="00211AC2" w:rsidRPr="00DC7AEB">
        <w:rPr>
          <w:rFonts w:ascii="Times New Roman" w:hAnsi="Times New Roman" w:cs="Times New Roman"/>
          <w:sz w:val="22"/>
        </w:rPr>
        <w:t>.................................</w:t>
      </w:r>
      <w:r w:rsidRPr="00DC7AEB">
        <w:rPr>
          <w:rFonts w:ascii="Times New Roman" w:hAnsi="Times New Roman" w:cs="Times New Roman"/>
          <w:sz w:val="22"/>
        </w:rPr>
        <w:t xml:space="preserve"> promoția ....</w:t>
      </w:r>
      <w:r w:rsidR="00211AC2" w:rsidRPr="00DC7AEB">
        <w:rPr>
          <w:rFonts w:ascii="Times New Roman" w:hAnsi="Times New Roman" w:cs="Times New Roman"/>
          <w:sz w:val="22"/>
        </w:rPr>
        <w:t>............................</w:t>
      </w:r>
      <w:r w:rsidRPr="00DC7AEB">
        <w:rPr>
          <w:rFonts w:ascii="Times New Roman" w:hAnsi="Times New Roman" w:cs="Times New Roman"/>
          <w:sz w:val="22"/>
        </w:rPr>
        <w:t xml:space="preserve">.. și al </w:t>
      </w:r>
      <w:proofErr w:type="spellStart"/>
      <w:r w:rsidRPr="00DC7AEB">
        <w:rPr>
          <w:rFonts w:ascii="Times New Roman" w:hAnsi="Times New Roman" w:cs="Times New Roman"/>
          <w:sz w:val="22"/>
        </w:rPr>
        <w:t>cursului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C7AEB">
        <w:rPr>
          <w:rFonts w:ascii="Times New Roman" w:hAnsi="Times New Roman" w:cs="Times New Roman"/>
          <w:sz w:val="22"/>
        </w:rPr>
        <w:t>Departamentului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C7AEB">
        <w:rPr>
          <w:rFonts w:ascii="Times New Roman" w:hAnsi="Times New Roman" w:cs="Times New Roman"/>
          <w:sz w:val="22"/>
        </w:rPr>
        <w:t>pentru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C7AEB">
        <w:rPr>
          <w:rFonts w:ascii="Times New Roman" w:hAnsi="Times New Roman" w:cs="Times New Roman"/>
          <w:sz w:val="22"/>
        </w:rPr>
        <w:t>Pregătirea</w:t>
      </w:r>
      <w:proofErr w:type="spellEnd"/>
      <w:r w:rsidR="00211AC2" w:rsidRPr="00DC7AE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C7AEB">
        <w:rPr>
          <w:rFonts w:ascii="Times New Roman" w:hAnsi="Times New Roman" w:cs="Times New Roman"/>
          <w:sz w:val="22"/>
        </w:rPr>
        <w:t>Personalului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Didactic din </w:t>
      </w:r>
      <w:proofErr w:type="spellStart"/>
      <w:r w:rsidRPr="00DC7AEB">
        <w:rPr>
          <w:rFonts w:ascii="Times New Roman" w:hAnsi="Times New Roman" w:cs="Times New Roman"/>
          <w:sz w:val="22"/>
        </w:rPr>
        <w:t>cadrul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....................................</w:t>
      </w:r>
      <w:r w:rsidR="00F24467">
        <w:rPr>
          <w:rFonts w:ascii="Times New Roman" w:hAnsi="Times New Roman" w:cs="Times New Roman"/>
          <w:sz w:val="22"/>
        </w:rPr>
        <w:t>......................................</w:t>
      </w:r>
      <w:r w:rsidR="00045F53">
        <w:rPr>
          <w:rFonts w:ascii="Times New Roman" w:hAnsi="Times New Roman" w:cs="Times New Roman"/>
          <w:sz w:val="22"/>
        </w:rPr>
        <w:t>............</w:t>
      </w:r>
      <w:r w:rsidR="00F24467">
        <w:rPr>
          <w:rFonts w:ascii="Times New Roman" w:hAnsi="Times New Roman" w:cs="Times New Roman"/>
          <w:sz w:val="22"/>
        </w:rPr>
        <w:t>...........</w:t>
      </w:r>
      <w:r w:rsidRPr="00DC7AEB">
        <w:rPr>
          <w:rFonts w:ascii="Times New Roman" w:hAnsi="Times New Roman" w:cs="Times New Roman"/>
          <w:sz w:val="22"/>
        </w:rPr>
        <w:t>...., cu certificat de absolvire seria .........., nr. ...............,</w:t>
      </w:r>
      <w:r w:rsidR="00211AC2" w:rsidRPr="00DC7AEB">
        <w:rPr>
          <w:rFonts w:ascii="Times New Roman" w:hAnsi="Times New Roman" w:cs="Times New Roman"/>
          <w:sz w:val="22"/>
        </w:rPr>
        <w:t xml:space="preserve"> </w:t>
      </w:r>
      <w:r w:rsidRPr="00DC7AEB">
        <w:rPr>
          <w:rFonts w:ascii="Times New Roman" w:hAnsi="Times New Roman" w:cs="Times New Roman"/>
          <w:sz w:val="22"/>
        </w:rPr>
        <w:t>cu titlul de doctor în domeniul ...................................................</w:t>
      </w:r>
      <w:r w:rsidR="00211AC2" w:rsidRPr="00DC7AEB">
        <w:rPr>
          <w:rFonts w:ascii="Times New Roman" w:hAnsi="Times New Roman" w:cs="Times New Roman"/>
          <w:sz w:val="22"/>
        </w:rPr>
        <w:t>..............................</w:t>
      </w:r>
      <w:r w:rsidR="00045F53">
        <w:rPr>
          <w:rFonts w:ascii="Times New Roman" w:hAnsi="Times New Roman" w:cs="Times New Roman"/>
          <w:sz w:val="22"/>
        </w:rPr>
        <w:t>...</w:t>
      </w:r>
      <w:r w:rsidR="00211AC2" w:rsidRPr="00DC7AEB">
        <w:rPr>
          <w:rFonts w:ascii="Times New Roman" w:hAnsi="Times New Roman" w:cs="Times New Roman"/>
          <w:sz w:val="22"/>
        </w:rPr>
        <w:t>............</w:t>
      </w:r>
      <w:r w:rsidRPr="00DC7AEB">
        <w:rPr>
          <w:rFonts w:ascii="Times New Roman" w:hAnsi="Times New Roman" w:cs="Times New Roman"/>
          <w:sz w:val="22"/>
        </w:rPr>
        <w:t>......, vă rog să-mi aprobați</w:t>
      </w:r>
    </w:p>
    <w:p w14:paraId="5D755ED7" w14:textId="21B6D1E0" w:rsidR="007B6146" w:rsidRPr="00DC7AEB" w:rsidRDefault="00000000" w:rsidP="00F24467">
      <w:pPr>
        <w:spacing w:after="40" w:line="276" w:lineRule="auto"/>
        <w:jc w:val="both"/>
        <w:rPr>
          <w:rFonts w:ascii="Times New Roman" w:hAnsi="Times New Roman" w:cs="Times New Roman"/>
          <w:sz w:val="22"/>
        </w:rPr>
      </w:pPr>
      <w:proofErr w:type="spellStart"/>
      <w:r w:rsidRPr="00DC7AEB">
        <w:rPr>
          <w:rFonts w:ascii="Times New Roman" w:hAnsi="Times New Roman" w:cs="Times New Roman"/>
          <w:b/>
          <w:sz w:val="22"/>
        </w:rPr>
        <w:t>înscrierea</w:t>
      </w:r>
      <w:proofErr w:type="spellEnd"/>
      <w:r w:rsidRPr="00DC7AEB">
        <w:rPr>
          <w:rFonts w:ascii="Times New Roman" w:hAnsi="Times New Roman" w:cs="Times New Roman"/>
          <w:b/>
          <w:sz w:val="22"/>
        </w:rPr>
        <w:t xml:space="preserve"> </w:t>
      </w:r>
      <w:r w:rsidR="006827B9" w:rsidRPr="00B22446">
        <w:rPr>
          <w:rFonts w:ascii="Times New Roman" w:hAnsi="Times New Roman" w:cs="Times New Roman"/>
          <w:b/>
          <w:bCs/>
          <w:sz w:val="22"/>
        </w:rPr>
        <w:t>la</w:t>
      </w:r>
      <w:r w:rsidR="006827B9" w:rsidRPr="00B22446">
        <w:rPr>
          <w:rFonts w:ascii="Times New Roman" w:hAnsi="Times New Roman" w:cs="Times New Roman"/>
          <w:sz w:val="22"/>
        </w:rPr>
        <w:t xml:space="preserve"> </w:t>
      </w:r>
      <w:proofErr w:type="spellStart"/>
      <w:r w:rsidR="006827B9" w:rsidRPr="00B22446">
        <w:rPr>
          <w:rFonts w:ascii="Times New Roman" w:hAnsi="Times New Roman" w:cs="Times New Roman"/>
          <w:b/>
          <w:sz w:val="22"/>
        </w:rPr>
        <w:t>inspecția</w:t>
      </w:r>
      <w:proofErr w:type="spellEnd"/>
      <w:r w:rsidR="006827B9" w:rsidRPr="00B22446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="006827B9" w:rsidRPr="00B22446">
        <w:rPr>
          <w:rFonts w:ascii="Times New Roman" w:hAnsi="Times New Roman" w:cs="Times New Roman"/>
          <w:b/>
          <w:sz w:val="22"/>
        </w:rPr>
        <w:t>specială</w:t>
      </w:r>
      <w:proofErr w:type="spellEnd"/>
      <w:r w:rsidR="006827B9" w:rsidRPr="00B22446">
        <w:rPr>
          <w:rFonts w:ascii="Times New Roman" w:hAnsi="Times New Roman" w:cs="Times New Roman"/>
          <w:sz w:val="22"/>
        </w:rPr>
        <w:t xml:space="preserve"> </w:t>
      </w:r>
      <w:r w:rsidR="006827B9" w:rsidRPr="00B22446">
        <w:rPr>
          <w:rFonts w:ascii="Times New Roman" w:hAnsi="Times New Roman" w:cs="Times New Roman"/>
          <w:b/>
          <w:bCs/>
          <w:sz w:val="22"/>
        </w:rPr>
        <w:t xml:space="preserve">în </w:t>
      </w:r>
      <w:proofErr w:type="spellStart"/>
      <w:r w:rsidR="006827B9" w:rsidRPr="00B22446">
        <w:rPr>
          <w:rFonts w:ascii="Times New Roman" w:hAnsi="Times New Roman" w:cs="Times New Roman"/>
          <w:b/>
          <w:bCs/>
          <w:sz w:val="22"/>
        </w:rPr>
        <w:t>vederea</w:t>
      </w:r>
      <w:proofErr w:type="spellEnd"/>
      <w:r w:rsidRPr="00B22446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B22446">
        <w:rPr>
          <w:rFonts w:ascii="Times New Roman" w:hAnsi="Times New Roman" w:cs="Times New Roman"/>
          <w:b/>
          <w:sz w:val="22"/>
        </w:rPr>
        <w:t>echival</w:t>
      </w:r>
      <w:r w:rsidR="006827B9" w:rsidRPr="00B22446">
        <w:rPr>
          <w:rFonts w:ascii="Times New Roman" w:hAnsi="Times New Roman" w:cs="Times New Roman"/>
          <w:b/>
          <w:sz w:val="22"/>
        </w:rPr>
        <w:t>ării</w:t>
      </w:r>
      <w:proofErr w:type="spellEnd"/>
      <w:r w:rsidRPr="00B22446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B22446">
        <w:rPr>
          <w:rFonts w:ascii="Times New Roman" w:hAnsi="Times New Roman" w:cs="Times New Roman"/>
          <w:b/>
          <w:sz w:val="22"/>
        </w:rPr>
        <w:t>titlului</w:t>
      </w:r>
      <w:proofErr w:type="spellEnd"/>
      <w:r w:rsidRPr="00B22446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B22446">
        <w:rPr>
          <w:rFonts w:ascii="Times New Roman" w:hAnsi="Times New Roman" w:cs="Times New Roman"/>
          <w:b/>
          <w:sz w:val="22"/>
        </w:rPr>
        <w:t>științific</w:t>
      </w:r>
      <w:proofErr w:type="spellEnd"/>
      <w:r w:rsidRPr="00B22446">
        <w:rPr>
          <w:rFonts w:ascii="Times New Roman" w:hAnsi="Times New Roman" w:cs="Times New Roman"/>
          <w:b/>
          <w:sz w:val="22"/>
        </w:rPr>
        <w:t xml:space="preserve"> de </w:t>
      </w:r>
      <w:r w:rsidR="00B22446">
        <w:rPr>
          <w:rFonts w:ascii="Times New Roman" w:hAnsi="Times New Roman" w:cs="Times New Roman"/>
          <w:b/>
          <w:sz w:val="22"/>
        </w:rPr>
        <w:t xml:space="preserve">doctor </w:t>
      </w:r>
      <w:r w:rsidR="006827B9" w:rsidRPr="00B22446">
        <w:rPr>
          <w:rFonts w:ascii="Times New Roman" w:hAnsi="Times New Roman" w:cs="Times New Roman"/>
          <w:b/>
          <w:sz w:val="22"/>
        </w:rPr>
        <w:t xml:space="preserve">cu </w:t>
      </w:r>
      <w:proofErr w:type="spellStart"/>
      <w:r w:rsidR="006827B9" w:rsidRPr="00B22446">
        <w:rPr>
          <w:rFonts w:ascii="Times New Roman" w:hAnsi="Times New Roman" w:cs="Times New Roman"/>
          <w:b/>
          <w:sz w:val="22"/>
        </w:rPr>
        <w:t>gradul</w:t>
      </w:r>
      <w:proofErr w:type="spellEnd"/>
      <w:r w:rsidR="006827B9" w:rsidRPr="00B22446">
        <w:rPr>
          <w:rFonts w:ascii="Times New Roman" w:hAnsi="Times New Roman" w:cs="Times New Roman"/>
          <w:b/>
          <w:sz w:val="22"/>
        </w:rPr>
        <w:t xml:space="preserve"> didactic I</w:t>
      </w:r>
      <w:r w:rsidR="00B22446">
        <w:rPr>
          <w:rFonts w:ascii="Times New Roman" w:hAnsi="Times New Roman" w:cs="Times New Roman"/>
          <w:b/>
          <w:sz w:val="22"/>
        </w:rPr>
        <w:t xml:space="preserve">, </w:t>
      </w:r>
      <w:proofErr w:type="spellStart"/>
      <w:r w:rsidR="00B22446" w:rsidRPr="00961D6A">
        <w:rPr>
          <w:rFonts w:ascii="Times New Roman" w:hAnsi="Times New Roman" w:cs="Times New Roman"/>
          <w:sz w:val="24"/>
          <w:szCs w:val="24"/>
        </w:rPr>
        <w:t>specializarea</w:t>
      </w:r>
      <w:proofErr w:type="spellEnd"/>
      <w:r w:rsidR="00B22446" w:rsidRPr="00961D6A">
        <w:rPr>
          <w:rFonts w:ascii="Times New Roman" w:hAnsi="Times New Roman" w:cs="Times New Roman"/>
          <w:sz w:val="24"/>
          <w:szCs w:val="24"/>
        </w:rPr>
        <w:t xml:space="preserve"> .......................................</w:t>
      </w:r>
      <w:r w:rsidR="00B22446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</w:t>
      </w:r>
      <w:r w:rsidR="00B22446">
        <w:rPr>
          <w:rFonts w:ascii="Times New Roman" w:hAnsi="Times New Roman" w:cs="Times New Roman"/>
          <w:b/>
          <w:sz w:val="22"/>
        </w:rPr>
        <w:t xml:space="preserve"> </w:t>
      </w:r>
    </w:p>
    <w:p w14:paraId="7AC456D0" w14:textId="20C3BD84" w:rsidR="007B6146" w:rsidRDefault="00000000" w:rsidP="00F24467">
      <w:pPr>
        <w:spacing w:after="40" w:line="276" w:lineRule="auto"/>
        <w:ind w:left="680"/>
        <w:jc w:val="both"/>
        <w:rPr>
          <w:rFonts w:ascii="Times New Roman" w:hAnsi="Times New Roman" w:cs="Times New Roman"/>
          <w:sz w:val="22"/>
        </w:rPr>
      </w:pPr>
      <w:proofErr w:type="spellStart"/>
      <w:r w:rsidRPr="00DC7AEB">
        <w:rPr>
          <w:rFonts w:ascii="Times New Roman" w:hAnsi="Times New Roman" w:cs="Times New Roman"/>
          <w:sz w:val="22"/>
        </w:rPr>
        <w:t>Menționez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C7AEB">
        <w:rPr>
          <w:rFonts w:ascii="Times New Roman" w:hAnsi="Times New Roman" w:cs="Times New Roman"/>
          <w:sz w:val="22"/>
        </w:rPr>
        <w:t>că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am </w:t>
      </w:r>
      <w:proofErr w:type="spellStart"/>
      <w:r w:rsidRPr="00DC7AEB">
        <w:rPr>
          <w:rFonts w:ascii="Times New Roman" w:hAnsi="Times New Roman" w:cs="Times New Roman"/>
          <w:sz w:val="22"/>
        </w:rPr>
        <w:t>obținut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definitivarea în învățământ în anul ..............................</w:t>
      </w:r>
      <w:r w:rsidR="00045F53" w:rsidRPr="00045F53">
        <w:rPr>
          <w:sz w:val="24"/>
          <w:szCs w:val="24"/>
        </w:rPr>
        <w:t xml:space="preserve"> </w:t>
      </w:r>
      <w:r w:rsidR="00045F53" w:rsidRPr="00045F53">
        <w:rPr>
          <w:rFonts w:ascii="Times New Roman" w:hAnsi="Times New Roman" w:cs="Times New Roman"/>
          <w:sz w:val="22"/>
        </w:rPr>
        <w:t xml:space="preserve">și am o </w:t>
      </w:r>
      <w:r w:rsidR="00045F53" w:rsidRPr="00045F53">
        <w:rPr>
          <w:rFonts w:ascii="Times New Roman" w:hAnsi="Times New Roman" w:cs="Times New Roman"/>
          <w:sz w:val="22"/>
          <w:lang w:val="hu-HU"/>
        </w:rPr>
        <w:t xml:space="preserve">vechime </w:t>
      </w:r>
      <w:proofErr w:type="gramStart"/>
      <w:r w:rsidR="00045F53" w:rsidRPr="00045F53">
        <w:rPr>
          <w:rFonts w:ascii="Times New Roman" w:hAnsi="Times New Roman" w:cs="Times New Roman"/>
          <w:sz w:val="22"/>
          <w:lang w:val="hu-HU"/>
        </w:rPr>
        <w:t>efectivă  în</w:t>
      </w:r>
      <w:proofErr w:type="gramEnd"/>
      <w:r w:rsidR="00045F53" w:rsidRPr="00045F53">
        <w:rPr>
          <w:rFonts w:ascii="Times New Roman" w:hAnsi="Times New Roman" w:cs="Times New Roman"/>
          <w:sz w:val="22"/>
          <w:lang w:val="hu-HU"/>
        </w:rPr>
        <w:t xml:space="preserve"> activitatea de predare</w:t>
      </w:r>
      <w:r w:rsidR="001D5D1E">
        <w:rPr>
          <w:rFonts w:ascii="Times New Roman" w:hAnsi="Times New Roman" w:cs="Times New Roman"/>
          <w:sz w:val="22"/>
          <w:lang w:val="hu-HU"/>
        </w:rPr>
        <w:t xml:space="preserve"> </w:t>
      </w:r>
      <w:r w:rsidR="001D5D1E" w:rsidRPr="00BC6CFD">
        <w:rPr>
          <w:rFonts w:ascii="Times New Roman" w:hAnsi="Times New Roman" w:cs="Times New Roman"/>
          <w:sz w:val="22"/>
        </w:rPr>
        <w:t xml:space="preserve">în </w:t>
      </w:r>
      <w:proofErr w:type="spellStart"/>
      <w:r w:rsidR="001D5D1E" w:rsidRPr="00BC6CFD">
        <w:rPr>
          <w:rFonts w:ascii="Times New Roman" w:hAnsi="Times New Roman" w:cs="Times New Roman"/>
          <w:sz w:val="22"/>
        </w:rPr>
        <w:t>calitate</w:t>
      </w:r>
      <w:proofErr w:type="spellEnd"/>
      <w:r w:rsidR="001D5D1E" w:rsidRPr="00BC6CFD">
        <w:rPr>
          <w:rFonts w:ascii="Times New Roman" w:hAnsi="Times New Roman" w:cs="Times New Roman"/>
          <w:sz w:val="22"/>
        </w:rPr>
        <w:t xml:space="preserve"> de </w:t>
      </w:r>
      <w:proofErr w:type="spellStart"/>
      <w:r w:rsidR="001D5D1E" w:rsidRPr="00BC6CFD">
        <w:rPr>
          <w:rFonts w:ascii="Times New Roman" w:hAnsi="Times New Roman" w:cs="Times New Roman"/>
          <w:sz w:val="22"/>
        </w:rPr>
        <w:t>cadru</w:t>
      </w:r>
      <w:proofErr w:type="spellEnd"/>
      <w:r w:rsidR="001D5D1E" w:rsidRPr="00BC6CFD">
        <w:rPr>
          <w:rFonts w:ascii="Times New Roman" w:hAnsi="Times New Roman" w:cs="Times New Roman"/>
          <w:sz w:val="22"/>
        </w:rPr>
        <w:t xml:space="preserve"> didactic </w:t>
      </w:r>
      <w:proofErr w:type="spellStart"/>
      <w:r w:rsidR="001D5D1E" w:rsidRPr="00BC6CFD">
        <w:rPr>
          <w:rFonts w:ascii="Times New Roman" w:hAnsi="Times New Roman" w:cs="Times New Roman"/>
          <w:sz w:val="22"/>
        </w:rPr>
        <w:t>calificat</w:t>
      </w:r>
      <w:proofErr w:type="spellEnd"/>
      <w:r w:rsidR="00045F53" w:rsidRPr="00045F53">
        <w:rPr>
          <w:rFonts w:ascii="Times New Roman" w:hAnsi="Times New Roman" w:cs="Times New Roman"/>
          <w:sz w:val="22"/>
          <w:lang w:val="hu-HU"/>
        </w:rPr>
        <w:t xml:space="preserve"> de ...... ani</w:t>
      </w:r>
      <w:proofErr w:type="gramStart"/>
      <w:r w:rsidR="00045F53" w:rsidRPr="00045F53">
        <w:rPr>
          <w:rFonts w:ascii="Times New Roman" w:hAnsi="Times New Roman" w:cs="Times New Roman"/>
          <w:sz w:val="22"/>
          <w:lang w:val="hu-HU"/>
        </w:rPr>
        <w:t>…..</w:t>
      </w:r>
      <w:proofErr w:type="gramEnd"/>
      <w:r w:rsidR="00045F53" w:rsidRPr="00045F53">
        <w:rPr>
          <w:rFonts w:ascii="Times New Roman" w:hAnsi="Times New Roman" w:cs="Times New Roman"/>
          <w:sz w:val="22"/>
          <w:lang w:val="hu-HU"/>
        </w:rPr>
        <w:t>luni</w:t>
      </w:r>
      <w:proofErr w:type="gramStart"/>
      <w:r w:rsidR="00045F53" w:rsidRPr="00045F53">
        <w:rPr>
          <w:rFonts w:ascii="Times New Roman" w:hAnsi="Times New Roman" w:cs="Times New Roman"/>
          <w:sz w:val="22"/>
          <w:lang w:val="hu-HU"/>
        </w:rPr>
        <w:t>…..</w:t>
      </w:r>
      <w:proofErr w:type="gramEnd"/>
      <w:r w:rsidR="00045F53" w:rsidRPr="00045F53">
        <w:rPr>
          <w:rFonts w:ascii="Times New Roman" w:hAnsi="Times New Roman" w:cs="Times New Roman"/>
          <w:sz w:val="22"/>
          <w:lang w:val="hu-HU"/>
        </w:rPr>
        <w:t>zile</w:t>
      </w:r>
      <w:r w:rsidR="00045F53" w:rsidRPr="00045F53">
        <w:rPr>
          <w:rFonts w:ascii="Times New Roman" w:hAnsi="Times New Roman" w:cs="Times New Roman"/>
          <w:sz w:val="22"/>
        </w:rPr>
        <w:t xml:space="preserve">, </w:t>
      </w:r>
      <w:proofErr w:type="spellStart"/>
      <w:r w:rsidR="00045F53" w:rsidRPr="00045F53">
        <w:rPr>
          <w:rFonts w:ascii="Times New Roman" w:hAnsi="Times New Roman" w:cs="Times New Roman"/>
          <w:sz w:val="22"/>
        </w:rPr>
        <w:t>calculată</w:t>
      </w:r>
      <w:proofErr w:type="spellEnd"/>
      <w:r w:rsidR="00045F53" w:rsidRPr="00045F53">
        <w:rPr>
          <w:rFonts w:ascii="Times New Roman" w:hAnsi="Times New Roman" w:cs="Times New Roman"/>
          <w:sz w:val="22"/>
        </w:rPr>
        <w:t xml:space="preserve"> de la </w:t>
      </w:r>
      <w:proofErr w:type="spellStart"/>
      <w:r w:rsidR="00045F53" w:rsidRPr="00045F53">
        <w:rPr>
          <w:rFonts w:ascii="Times New Roman" w:hAnsi="Times New Roman" w:cs="Times New Roman"/>
          <w:sz w:val="22"/>
        </w:rPr>
        <w:t>obţinerea</w:t>
      </w:r>
      <w:proofErr w:type="spellEnd"/>
      <w:r w:rsidR="00045F53" w:rsidRPr="00045F53">
        <w:rPr>
          <w:rFonts w:ascii="Times New Roman" w:hAnsi="Times New Roman" w:cs="Times New Roman"/>
          <w:sz w:val="22"/>
        </w:rPr>
        <w:t xml:space="preserve"> </w:t>
      </w:r>
      <w:proofErr w:type="spellStart"/>
      <w:r w:rsidR="00045F53" w:rsidRPr="00045F53">
        <w:rPr>
          <w:rFonts w:ascii="Times New Roman" w:hAnsi="Times New Roman" w:cs="Times New Roman"/>
          <w:sz w:val="22"/>
        </w:rPr>
        <w:t>definitivării</w:t>
      </w:r>
      <w:proofErr w:type="spellEnd"/>
      <w:r w:rsidR="00045F53" w:rsidRPr="00045F53">
        <w:rPr>
          <w:rFonts w:ascii="Times New Roman" w:hAnsi="Times New Roman" w:cs="Times New Roman"/>
          <w:sz w:val="22"/>
        </w:rPr>
        <w:t xml:space="preserve"> în </w:t>
      </w:r>
      <w:proofErr w:type="spellStart"/>
      <w:r w:rsidR="00045F53" w:rsidRPr="00045F53">
        <w:rPr>
          <w:rFonts w:ascii="Times New Roman" w:hAnsi="Times New Roman" w:cs="Times New Roman"/>
          <w:sz w:val="22"/>
        </w:rPr>
        <w:t>învăţământ</w:t>
      </w:r>
      <w:proofErr w:type="spellEnd"/>
    </w:p>
    <w:p w14:paraId="6D6A5429" w14:textId="2634E8C8" w:rsidR="00F24467" w:rsidRPr="00F24467" w:rsidRDefault="00F24467" w:rsidP="00F24467">
      <w:pPr>
        <w:ind w:right="-18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hAnsi="Times New Roman" w:cs="Times New Roman"/>
          <w:sz w:val="22"/>
        </w:rPr>
        <w:t xml:space="preserve">           </w:t>
      </w:r>
      <w:r w:rsidRPr="00F24467">
        <w:rPr>
          <w:rFonts w:ascii="Times New Roman" w:hAnsi="Times New Roman" w:cs="Times New Roman"/>
          <w:sz w:val="22"/>
        </w:rPr>
        <w:t xml:space="preserve">Am </w:t>
      </w:r>
      <w:proofErr w:type="spellStart"/>
      <w:proofErr w:type="gramStart"/>
      <w:r w:rsidRPr="00F24467">
        <w:rPr>
          <w:rFonts w:ascii="Times New Roman" w:hAnsi="Times New Roman" w:cs="Times New Roman"/>
          <w:sz w:val="22"/>
        </w:rPr>
        <w:t>obţinul</w:t>
      </w:r>
      <w:proofErr w:type="spellEnd"/>
      <w:r w:rsidRPr="00F24467">
        <w:rPr>
          <w:rFonts w:ascii="Times New Roman" w:hAnsi="Times New Roman" w:cs="Times New Roman"/>
          <w:sz w:val="22"/>
        </w:rPr>
        <w:t xml:space="preserve">  </w:t>
      </w:r>
      <w:proofErr w:type="spellStart"/>
      <w:r w:rsidRPr="00F24467">
        <w:rPr>
          <w:rFonts w:ascii="Times New Roman" w:hAnsi="Times New Roman" w:cs="Times New Roman"/>
          <w:sz w:val="22"/>
        </w:rPr>
        <w:t>gradul</w:t>
      </w:r>
      <w:proofErr w:type="spellEnd"/>
      <w:proofErr w:type="gramEnd"/>
      <w:r w:rsidRPr="00F24467">
        <w:rPr>
          <w:rFonts w:ascii="Times New Roman" w:hAnsi="Times New Roman" w:cs="Times New Roman"/>
          <w:sz w:val="22"/>
        </w:rPr>
        <w:t xml:space="preserve"> didactic </w:t>
      </w:r>
      <w:proofErr w:type="gramStart"/>
      <w:r w:rsidRPr="00F24467">
        <w:rPr>
          <w:rFonts w:ascii="Times New Roman" w:hAnsi="Times New Roman" w:cs="Times New Roman"/>
          <w:sz w:val="22"/>
        </w:rPr>
        <w:t>II  în</w:t>
      </w:r>
      <w:proofErr w:type="gramEnd"/>
      <w:r w:rsidRPr="00F24467">
        <w:rPr>
          <w:rFonts w:ascii="Times New Roman" w:hAnsi="Times New Roman" w:cs="Times New Roman"/>
          <w:sz w:val="22"/>
        </w:rPr>
        <w:t xml:space="preserve"> anul</w:t>
      </w:r>
      <w:r>
        <w:rPr>
          <w:rFonts w:ascii="Times New Roman" w:hAnsi="Times New Roman" w:cs="Times New Roman"/>
          <w:sz w:val="22"/>
        </w:rPr>
        <w:t>…………</w:t>
      </w:r>
      <w:proofErr w:type="gramStart"/>
      <w:r>
        <w:rPr>
          <w:rFonts w:ascii="Times New Roman" w:hAnsi="Times New Roman" w:cs="Times New Roman"/>
          <w:sz w:val="22"/>
        </w:rPr>
        <w:t>…..</w:t>
      </w:r>
      <w:proofErr w:type="gramEnd"/>
      <w:r w:rsidRPr="00F24467">
        <w:rPr>
          <w:rFonts w:ascii="Times New Roman" w:hAnsi="Times New Roman" w:cs="Times New Roman"/>
          <w:sz w:val="22"/>
        </w:rPr>
        <w:t>, cu media</w:t>
      </w:r>
      <w:r>
        <w:rPr>
          <w:rFonts w:ascii="Times New Roman" w:hAnsi="Times New Roman" w:cs="Times New Roman"/>
          <w:sz w:val="22"/>
        </w:rPr>
        <w:t>…………………</w:t>
      </w:r>
    </w:p>
    <w:p w14:paraId="232BA6DA" w14:textId="10153599" w:rsidR="00F24467" w:rsidRPr="00045F53" w:rsidRDefault="00F24467" w:rsidP="00F24467">
      <w:pPr>
        <w:ind w:right="-180"/>
        <w:jc w:val="both"/>
        <w:rPr>
          <w:rFonts w:ascii="Times New Roman" w:hAnsi="Times New Roman" w:cs="Times New Roman"/>
          <w:sz w:val="16"/>
          <w:szCs w:val="16"/>
          <w:vertAlign w:val="superscript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Pr="00045F53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</w:t>
      </w:r>
      <w:r w:rsidR="00045F53">
        <w:rPr>
          <w:rFonts w:ascii="Times New Roman" w:hAnsi="Times New Roman" w:cs="Times New Roman"/>
          <w:sz w:val="16"/>
          <w:szCs w:val="16"/>
        </w:rPr>
        <w:t xml:space="preserve">            </w:t>
      </w:r>
      <w:r w:rsidRPr="00045F53">
        <w:rPr>
          <w:rFonts w:ascii="Times New Roman" w:hAnsi="Times New Roman" w:cs="Times New Roman"/>
          <w:sz w:val="16"/>
          <w:szCs w:val="16"/>
        </w:rPr>
        <w:t xml:space="preserve">  </w:t>
      </w:r>
      <w:r w:rsidRPr="00045F53">
        <w:rPr>
          <w:rFonts w:ascii="Times New Roman" w:hAnsi="Times New Roman" w:cs="Times New Roman"/>
          <w:sz w:val="16"/>
          <w:szCs w:val="16"/>
          <w:vertAlign w:val="superscript"/>
        </w:rPr>
        <w:t>(</w:t>
      </w:r>
      <w:proofErr w:type="spellStart"/>
      <w:r w:rsidRPr="00045F53">
        <w:rPr>
          <w:rFonts w:ascii="Times New Roman" w:hAnsi="Times New Roman" w:cs="Times New Roman"/>
          <w:sz w:val="16"/>
          <w:szCs w:val="16"/>
          <w:vertAlign w:val="superscript"/>
        </w:rPr>
        <w:t>dacă</w:t>
      </w:r>
      <w:proofErr w:type="spellEnd"/>
      <w:r w:rsidRPr="00045F53">
        <w:rPr>
          <w:rFonts w:ascii="Times New Roman" w:hAnsi="Times New Roman" w:cs="Times New Roman"/>
          <w:sz w:val="16"/>
          <w:szCs w:val="16"/>
          <w:vertAlign w:val="superscript"/>
        </w:rPr>
        <w:t xml:space="preserve"> a </w:t>
      </w:r>
      <w:proofErr w:type="spellStart"/>
      <w:r w:rsidRPr="00045F53">
        <w:rPr>
          <w:rFonts w:ascii="Times New Roman" w:hAnsi="Times New Roman" w:cs="Times New Roman"/>
          <w:sz w:val="16"/>
          <w:szCs w:val="16"/>
          <w:vertAlign w:val="superscript"/>
        </w:rPr>
        <w:t>fost</w:t>
      </w:r>
      <w:proofErr w:type="spellEnd"/>
      <w:r w:rsidRPr="00045F53">
        <w:rPr>
          <w:rFonts w:ascii="Times New Roman" w:hAnsi="Times New Roman" w:cs="Times New Roman"/>
          <w:sz w:val="16"/>
          <w:szCs w:val="16"/>
          <w:vertAlign w:val="superscript"/>
        </w:rPr>
        <w:t xml:space="preserve"> </w:t>
      </w:r>
      <w:proofErr w:type="spellStart"/>
      <w:r w:rsidRPr="00045F53">
        <w:rPr>
          <w:rFonts w:ascii="Times New Roman" w:hAnsi="Times New Roman" w:cs="Times New Roman"/>
          <w:sz w:val="16"/>
          <w:szCs w:val="16"/>
          <w:vertAlign w:val="superscript"/>
        </w:rPr>
        <w:t>obţinut</w:t>
      </w:r>
      <w:proofErr w:type="spellEnd"/>
      <w:r w:rsidRPr="00045F53">
        <w:rPr>
          <w:rFonts w:ascii="Times New Roman" w:hAnsi="Times New Roman" w:cs="Times New Roman"/>
          <w:sz w:val="16"/>
          <w:szCs w:val="16"/>
          <w:vertAlign w:val="superscript"/>
        </w:rPr>
        <w:t>)</w:t>
      </w:r>
    </w:p>
    <w:p w14:paraId="59435B4D" w14:textId="4B985CC1" w:rsidR="007B6146" w:rsidRPr="00DC7AEB" w:rsidRDefault="00000000" w:rsidP="00F24467">
      <w:pPr>
        <w:spacing w:after="40" w:line="276" w:lineRule="auto"/>
        <w:ind w:left="680"/>
        <w:jc w:val="both"/>
        <w:rPr>
          <w:rFonts w:ascii="Times New Roman" w:hAnsi="Times New Roman" w:cs="Times New Roman"/>
          <w:sz w:val="22"/>
        </w:rPr>
      </w:pPr>
      <w:r w:rsidRPr="00DC7AEB">
        <w:rPr>
          <w:rFonts w:ascii="Times New Roman" w:hAnsi="Times New Roman" w:cs="Times New Roman"/>
          <w:sz w:val="22"/>
        </w:rPr>
        <w:t xml:space="preserve">La </w:t>
      </w:r>
      <w:proofErr w:type="spellStart"/>
      <w:r w:rsidRPr="00DC7AEB">
        <w:rPr>
          <w:rFonts w:ascii="Times New Roman" w:hAnsi="Times New Roman" w:cs="Times New Roman"/>
          <w:sz w:val="22"/>
        </w:rPr>
        <w:t>inspecția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C7AEB">
        <w:rPr>
          <w:rFonts w:ascii="Times New Roman" w:hAnsi="Times New Roman" w:cs="Times New Roman"/>
          <w:sz w:val="22"/>
        </w:rPr>
        <w:t>curentă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C7AEB">
        <w:rPr>
          <w:rFonts w:ascii="Times New Roman" w:hAnsi="Times New Roman" w:cs="Times New Roman"/>
          <w:sz w:val="22"/>
        </w:rPr>
        <w:t>susținută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la data de ................................. am obținut calificativul ..........</w:t>
      </w:r>
      <w:r w:rsidR="00045F53">
        <w:rPr>
          <w:rFonts w:ascii="Times New Roman" w:hAnsi="Times New Roman" w:cs="Times New Roman"/>
          <w:sz w:val="22"/>
        </w:rPr>
        <w:t>....</w:t>
      </w:r>
      <w:r w:rsidRPr="00DC7AEB">
        <w:rPr>
          <w:rFonts w:ascii="Times New Roman" w:hAnsi="Times New Roman" w:cs="Times New Roman"/>
          <w:sz w:val="22"/>
        </w:rPr>
        <w:t>....................</w:t>
      </w:r>
    </w:p>
    <w:p w14:paraId="08128EFD" w14:textId="24ED3474" w:rsidR="007B6146" w:rsidRPr="00DC7AEB" w:rsidRDefault="00000000" w:rsidP="00F24467">
      <w:pPr>
        <w:spacing w:after="40" w:line="276" w:lineRule="auto"/>
        <w:ind w:left="680"/>
        <w:jc w:val="both"/>
        <w:rPr>
          <w:rFonts w:ascii="Times New Roman" w:hAnsi="Times New Roman" w:cs="Times New Roman"/>
          <w:sz w:val="22"/>
        </w:rPr>
      </w:pPr>
      <w:r w:rsidRPr="00DC7AEB">
        <w:rPr>
          <w:rFonts w:ascii="Times New Roman" w:hAnsi="Times New Roman" w:cs="Times New Roman"/>
          <w:sz w:val="22"/>
        </w:rPr>
        <w:t>Voi susține inspecția specială la disciplina/specialitatea .......................................................</w:t>
      </w:r>
      <w:r w:rsidR="00045F53">
        <w:rPr>
          <w:rFonts w:ascii="Times New Roman" w:hAnsi="Times New Roman" w:cs="Times New Roman"/>
          <w:sz w:val="22"/>
        </w:rPr>
        <w:t>..........</w:t>
      </w:r>
      <w:r w:rsidRPr="00DC7AEB">
        <w:rPr>
          <w:rFonts w:ascii="Times New Roman" w:hAnsi="Times New Roman" w:cs="Times New Roman"/>
          <w:sz w:val="22"/>
        </w:rPr>
        <w:t>.................</w:t>
      </w:r>
    </w:p>
    <w:p w14:paraId="0E611EF8" w14:textId="77777777" w:rsidR="00F24467" w:rsidRDefault="00000000" w:rsidP="00F24467">
      <w:pPr>
        <w:spacing w:after="40"/>
        <w:ind w:firstLine="709"/>
        <w:jc w:val="both"/>
        <w:rPr>
          <w:rFonts w:ascii="Times New Roman" w:hAnsi="Times New Roman" w:cs="Times New Roman"/>
          <w:sz w:val="22"/>
        </w:rPr>
      </w:pPr>
      <w:r w:rsidRPr="00DC7AEB">
        <w:rPr>
          <w:rFonts w:ascii="Times New Roman" w:hAnsi="Times New Roman" w:cs="Times New Roman"/>
          <w:sz w:val="22"/>
        </w:rPr>
        <w:t>Optez pentru centrul de perfecționare ........</w:t>
      </w:r>
      <w:r w:rsidR="00211AC2" w:rsidRPr="00DC7AEB">
        <w:rPr>
          <w:rFonts w:ascii="Times New Roman" w:hAnsi="Times New Roman" w:cs="Times New Roman"/>
          <w:sz w:val="22"/>
        </w:rPr>
        <w:t>..........................................</w:t>
      </w:r>
      <w:r w:rsidRPr="00DC7AEB">
        <w:rPr>
          <w:rFonts w:ascii="Times New Roman" w:hAnsi="Times New Roman" w:cs="Times New Roman"/>
          <w:sz w:val="22"/>
        </w:rPr>
        <w:t xml:space="preserve">............................................................ </w:t>
      </w:r>
    </w:p>
    <w:p w14:paraId="3EEDCC30" w14:textId="7A03DF38" w:rsidR="00F24467" w:rsidRPr="00045F53" w:rsidRDefault="00045F53" w:rsidP="00F24467">
      <w:pPr>
        <w:ind w:right="-999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</w:t>
      </w:r>
      <w:r w:rsidR="00F24467" w:rsidRPr="00045F53">
        <w:rPr>
          <w:rFonts w:ascii="Times New Roman" w:hAnsi="Times New Roman" w:cs="Times New Roman"/>
          <w:sz w:val="16"/>
          <w:szCs w:val="16"/>
        </w:rPr>
        <w:t>(</w:t>
      </w:r>
      <w:proofErr w:type="spellStart"/>
      <w:r w:rsidR="00F24467" w:rsidRPr="00045F53">
        <w:rPr>
          <w:rFonts w:ascii="Times New Roman" w:hAnsi="Times New Roman" w:cs="Times New Roman"/>
          <w:sz w:val="16"/>
          <w:szCs w:val="16"/>
        </w:rPr>
        <w:t>Universitatea</w:t>
      </w:r>
      <w:proofErr w:type="spellEnd"/>
      <w:proofErr w:type="gramStart"/>
      <w:r w:rsidR="00F24467" w:rsidRPr="00045F53">
        <w:rPr>
          <w:rFonts w:ascii="Times New Roman" w:hAnsi="Times New Roman" w:cs="Times New Roman"/>
          <w:sz w:val="16"/>
          <w:szCs w:val="16"/>
        </w:rPr>
        <w:t>.....</w:t>
      </w:r>
      <w:proofErr w:type="gramEnd"/>
      <w:r w:rsidR="00F24467" w:rsidRPr="00045F53">
        <w:rPr>
          <w:rFonts w:ascii="Times New Roman" w:hAnsi="Times New Roman" w:cs="Times New Roman"/>
          <w:sz w:val="16"/>
          <w:szCs w:val="16"/>
        </w:rPr>
        <w:t>-DPPD)</w:t>
      </w:r>
    </w:p>
    <w:p w14:paraId="7BAFC913" w14:textId="61FB3885" w:rsidR="007B6146" w:rsidRPr="00DC7AEB" w:rsidRDefault="00000000" w:rsidP="00045F53">
      <w:pPr>
        <w:spacing w:after="40" w:line="276" w:lineRule="auto"/>
        <w:jc w:val="both"/>
        <w:rPr>
          <w:rFonts w:ascii="Times New Roman" w:hAnsi="Times New Roman" w:cs="Times New Roman"/>
          <w:sz w:val="22"/>
        </w:rPr>
      </w:pPr>
      <w:r w:rsidRPr="00DC7AEB">
        <w:rPr>
          <w:rFonts w:ascii="Times New Roman" w:hAnsi="Times New Roman" w:cs="Times New Roman"/>
          <w:sz w:val="22"/>
        </w:rPr>
        <w:t>din</w:t>
      </w:r>
      <w:r w:rsidR="00211AC2" w:rsidRPr="00DC7AEB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DC7AEB">
        <w:rPr>
          <w:rFonts w:ascii="Times New Roman" w:hAnsi="Times New Roman" w:cs="Times New Roman"/>
          <w:sz w:val="22"/>
        </w:rPr>
        <w:t>localitatea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.....................</w:t>
      </w:r>
    </w:p>
    <w:p w14:paraId="3D158C6E" w14:textId="77777777" w:rsidR="00DC7AEB" w:rsidRDefault="00DC7AEB" w:rsidP="00F24467">
      <w:pPr>
        <w:spacing w:line="276" w:lineRule="auto"/>
        <w:ind w:right="-999" w:firstLine="680"/>
        <w:rPr>
          <w:rFonts w:ascii="Times New Roman" w:hAnsi="Times New Roman" w:cs="Times New Roman"/>
          <w:sz w:val="22"/>
        </w:rPr>
      </w:pPr>
      <w:r w:rsidRPr="00DC7AEB">
        <w:rPr>
          <w:rFonts w:ascii="Times New Roman" w:hAnsi="Times New Roman" w:cs="Times New Roman"/>
          <w:sz w:val="22"/>
        </w:rPr>
        <w:t xml:space="preserve">Date de contact ale </w:t>
      </w:r>
      <w:proofErr w:type="spellStart"/>
      <w:r w:rsidRPr="00DC7AEB">
        <w:rPr>
          <w:rFonts w:ascii="Times New Roman" w:hAnsi="Times New Roman" w:cs="Times New Roman"/>
          <w:sz w:val="22"/>
        </w:rPr>
        <w:t>candidatului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: </w:t>
      </w:r>
      <w:proofErr w:type="spellStart"/>
      <w:r w:rsidRPr="00DC7AEB">
        <w:rPr>
          <w:rFonts w:ascii="Times New Roman" w:hAnsi="Times New Roman" w:cs="Times New Roman"/>
          <w:sz w:val="22"/>
        </w:rPr>
        <w:t>telefon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</w:t>
      </w:r>
      <w:proofErr w:type="gramStart"/>
      <w:r w:rsidRPr="00DC7AEB">
        <w:rPr>
          <w:rFonts w:ascii="Times New Roman" w:hAnsi="Times New Roman" w:cs="Times New Roman"/>
          <w:sz w:val="22"/>
        </w:rPr>
        <w:t>fix:</w:t>
      </w:r>
      <w:r>
        <w:rPr>
          <w:rFonts w:ascii="Times New Roman" w:hAnsi="Times New Roman" w:cs="Times New Roman"/>
          <w:sz w:val="22"/>
        </w:rPr>
        <w:t>…</w:t>
      </w:r>
      <w:proofErr w:type="gramEnd"/>
      <w:r>
        <w:rPr>
          <w:rFonts w:ascii="Times New Roman" w:hAnsi="Times New Roman" w:cs="Times New Roman"/>
          <w:sz w:val="22"/>
        </w:rPr>
        <w:t>…………………………</w:t>
      </w:r>
      <w:r w:rsidRPr="00DC7AE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DC7AEB">
        <w:rPr>
          <w:rFonts w:ascii="Times New Roman" w:hAnsi="Times New Roman" w:cs="Times New Roman"/>
          <w:sz w:val="22"/>
        </w:rPr>
        <w:t>telefon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</w:t>
      </w:r>
      <w:proofErr w:type="spellStart"/>
      <w:proofErr w:type="gramStart"/>
      <w:r w:rsidRPr="00DC7AEB">
        <w:rPr>
          <w:rFonts w:ascii="Times New Roman" w:hAnsi="Times New Roman" w:cs="Times New Roman"/>
          <w:sz w:val="22"/>
        </w:rPr>
        <w:t>mobil</w:t>
      </w:r>
      <w:proofErr w:type="spellEnd"/>
      <w:r w:rsidRPr="00DC7AEB">
        <w:rPr>
          <w:rFonts w:ascii="Times New Roman" w:hAnsi="Times New Roman" w:cs="Times New Roman"/>
          <w:sz w:val="22"/>
        </w:rPr>
        <w:t>:</w:t>
      </w:r>
      <w:r>
        <w:rPr>
          <w:rFonts w:ascii="Times New Roman" w:hAnsi="Times New Roman" w:cs="Times New Roman"/>
          <w:sz w:val="22"/>
        </w:rPr>
        <w:t>…</w:t>
      </w:r>
      <w:proofErr w:type="gramEnd"/>
      <w:r>
        <w:rPr>
          <w:rFonts w:ascii="Times New Roman" w:hAnsi="Times New Roman" w:cs="Times New Roman"/>
          <w:sz w:val="22"/>
        </w:rPr>
        <w:t>………………….</w:t>
      </w:r>
      <w:r w:rsidRPr="00DC7AEB">
        <w:rPr>
          <w:rFonts w:ascii="Times New Roman" w:hAnsi="Times New Roman" w:cs="Times New Roman"/>
          <w:sz w:val="22"/>
        </w:rPr>
        <w:t xml:space="preserve">,                </w:t>
      </w:r>
    </w:p>
    <w:p w14:paraId="569F680C" w14:textId="468A2761" w:rsidR="00DC7AEB" w:rsidRPr="00DC7AEB" w:rsidRDefault="00DC7AEB" w:rsidP="00F24467">
      <w:pPr>
        <w:spacing w:line="276" w:lineRule="auto"/>
        <w:ind w:right="-999"/>
        <w:rPr>
          <w:rFonts w:ascii="Times New Roman" w:hAnsi="Times New Roman" w:cs="Times New Roman"/>
          <w:sz w:val="22"/>
        </w:rPr>
      </w:pPr>
      <w:proofErr w:type="gramStart"/>
      <w:r w:rsidRPr="00DC7AEB">
        <w:rPr>
          <w:rFonts w:ascii="Times New Roman" w:hAnsi="Times New Roman" w:cs="Times New Roman"/>
          <w:sz w:val="22"/>
        </w:rPr>
        <w:t>e-mail:</w:t>
      </w:r>
      <w:r>
        <w:rPr>
          <w:rFonts w:ascii="Times New Roman" w:hAnsi="Times New Roman" w:cs="Times New Roman"/>
          <w:sz w:val="22"/>
        </w:rPr>
        <w:t>…</w:t>
      </w:r>
      <w:proofErr w:type="gramEnd"/>
      <w:r>
        <w:rPr>
          <w:rFonts w:ascii="Times New Roman" w:hAnsi="Times New Roman" w:cs="Times New Roman"/>
          <w:sz w:val="22"/>
        </w:rPr>
        <w:t>…………………………………………</w:t>
      </w:r>
      <w:r w:rsidRPr="00DC7AEB">
        <w:rPr>
          <w:rFonts w:ascii="Times New Roman" w:hAnsi="Times New Roman" w:cs="Times New Roman"/>
          <w:sz w:val="22"/>
        </w:rPr>
        <w:t xml:space="preserve">, </w:t>
      </w:r>
      <w:proofErr w:type="spellStart"/>
      <w:r w:rsidRPr="00DC7AEB">
        <w:rPr>
          <w:rFonts w:ascii="Times New Roman" w:hAnsi="Times New Roman" w:cs="Times New Roman"/>
          <w:sz w:val="22"/>
        </w:rPr>
        <w:t>telefon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de la </w:t>
      </w:r>
      <w:proofErr w:type="spellStart"/>
      <w:r w:rsidRPr="00DC7AEB">
        <w:rPr>
          <w:rFonts w:ascii="Times New Roman" w:hAnsi="Times New Roman" w:cs="Times New Roman"/>
          <w:sz w:val="22"/>
        </w:rPr>
        <w:t>şcoală</w:t>
      </w:r>
      <w:proofErr w:type="spellEnd"/>
      <w:r w:rsidRPr="00DC7AEB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………………………………</w:t>
      </w:r>
      <w:proofErr w:type="gramStart"/>
      <w:r>
        <w:rPr>
          <w:rFonts w:ascii="Times New Roman" w:hAnsi="Times New Roman" w:cs="Times New Roman"/>
          <w:sz w:val="22"/>
        </w:rPr>
        <w:t>….</w:t>
      </w:r>
      <w:r w:rsidRPr="00DC7AEB">
        <w:rPr>
          <w:rFonts w:ascii="Times New Roman" w:hAnsi="Times New Roman" w:cs="Times New Roman"/>
          <w:sz w:val="22"/>
        </w:rPr>
        <w:t>.</w:t>
      </w:r>
      <w:proofErr w:type="gramEnd"/>
    </w:p>
    <w:p w14:paraId="278E000E" w14:textId="77777777" w:rsidR="00211AC2" w:rsidRPr="00211AC2" w:rsidRDefault="00211AC2">
      <w:pPr>
        <w:spacing w:before="20" w:after="160"/>
        <w:jc w:val="center"/>
        <w:rPr>
          <w:rFonts w:ascii="Times New Roman" w:hAnsi="Times New Roman" w:cs="Times New Roman"/>
          <w:b/>
          <w:sz w:val="22"/>
        </w:rPr>
      </w:pPr>
    </w:p>
    <w:p w14:paraId="21C1C5E8" w14:textId="34186957" w:rsidR="007B6146" w:rsidRPr="00211AC2" w:rsidRDefault="00000000">
      <w:pPr>
        <w:spacing w:before="20" w:after="160"/>
        <w:jc w:val="center"/>
        <w:rPr>
          <w:rFonts w:ascii="Times New Roman" w:hAnsi="Times New Roman" w:cs="Times New Roman"/>
        </w:rPr>
      </w:pPr>
      <w:proofErr w:type="spellStart"/>
      <w:r w:rsidRPr="00211AC2">
        <w:rPr>
          <w:rFonts w:ascii="Times New Roman" w:hAnsi="Times New Roman" w:cs="Times New Roman"/>
          <w:b/>
          <w:sz w:val="22"/>
        </w:rPr>
        <w:t>Îmi</w:t>
      </w:r>
      <w:proofErr w:type="spellEnd"/>
      <w:r w:rsidRPr="00211AC2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211AC2">
        <w:rPr>
          <w:rFonts w:ascii="Times New Roman" w:hAnsi="Times New Roman" w:cs="Times New Roman"/>
          <w:b/>
          <w:sz w:val="22"/>
        </w:rPr>
        <w:t>asum</w:t>
      </w:r>
      <w:proofErr w:type="spellEnd"/>
      <w:r w:rsidRPr="00211AC2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211AC2">
        <w:rPr>
          <w:rFonts w:ascii="Times New Roman" w:hAnsi="Times New Roman" w:cs="Times New Roman"/>
          <w:b/>
          <w:sz w:val="22"/>
        </w:rPr>
        <w:t>răspunderea</w:t>
      </w:r>
      <w:proofErr w:type="spellEnd"/>
      <w:r w:rsidRPr="00211AC2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211AC2">
        <w:rPr>
          <w:rFonts w:ascii="Times New Roman" w:hAnsi="Times New Roman" w:cs="Times New Roman"/>
          <w:b/>
          <w:sz w:val="22"/>
        </w:rPr>
        <w:t>exactității</w:t>
      </w:r>
      <w:proofErr w:type="spellEnd"/>
      <w:r w:rsidRPr="00211AC2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211AC2">
        <w:rPr>
          <w:rFonts w:ascii="Times New Roman" w:hAnsi="Times New Roman" w:cs="Times New Roman"/>
          <w:b/>
          <w:sz w:val="22"/>
        </w:rPr>
        <w:t>datelor</w:t>
      </w:r>
      <w:proofErr w:type="spellEnd"/>
      <w:r w:rsidRPr="00211AC2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211AC2">
        <w:rPr>
          <w:rFonts w:ascii="Times New Roman" w:hAnsi="Times New Roman" w:cs="Times New Roman"/>
          <w:b/>
          <w:sz w:val="22"/>
        </w:rPr>
        <w:t>înscrise</w:t>
      </w:r>
      <w:proofErr w:type="spellEnd"/>
      <w:r w:rsidRPr="00211AC2">
        <w:rPr>
          <w:rFonts w:ascii="Times New Roman" w:hAnsi="Times New Roman" w:cs="Times New Roman"/>
          <w:b/>
          <w:sz w:val="22"/>
        </w:rPr>
        <w:t xml:space="preserve"> în </w:t>
      </w:r>
      <w:proofErr w:type="spellStart"/>
      <w:r w:rsidRPr="00211AC2">
        <w:rPr>
          <w:rFonts w:ascii="Times New Roman" w:hAnsi="Times New Roman" w:cs="Times New Roman"/>
          <w:b/>
          <w:sz w:val="22"/>
        </w:rPr>
        <w:t>prezenta</w:t>
      </w:r>
      <w:proofErr w:type="spellEnd"/>
      <w:r w:rsidRPr="00211AC2">
        <w:rPr>
          <w:rFonts w:ascii="Times New Roman" w:hAnsi="Times New Roman" w:cs="Times New Roman"/>
          <w:b/>
          <w:sz w:val="22"/>
        </w:rPr>
        <w:t xml:space="preserve"> cerere.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5131"/>
        <w:gridCol w:w="5131"/>
      </w:tblGrid>
      <w:tr w:rsidR="007B6146" w:rsidRPr="00211AC2" w14:paraId="1F7378A3" w14:textId="77777777">
        <w:trPr>
          <w:jc w:val="center"/>
        </w:trPr>
        <w:tc>
          <w:tcPr>
            <w:tcW w:w="51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047BB" w14:textId="77777777" w:rsidR="00211AC2" w:rsidRPr="00DC7AEB" w:rsidRDefault="00211AC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21D20D41" w14:textId="773B78A5" w:rsidR="007B6146" w:rsidRPr="00DC7AEB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DC7AEB">
              <w:rPr>
                <w:rFonts w:ascii="Times New Roman" w:hAnsi="Times New Roman" w:cs="Times New Roman"/>
                <w:sz w:val="22"/>
              </w:rPr>
              <w:t>Data ........................</w:t>
            </w:r>
          </w:p>
        </w:tc>
        <w:tc>
          <w:tcPr>
            <w:tcW w:w="513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29DE1F" w14:textId="77777777" w:rsidR="00211AC2" w:rsidRPr="00DC7AEB" w:rsidRDefault="00211AC2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  <w:p w14:paraId="04FFEC64" w14:textId="77777777" w:rsidR="007B6146" w:rsidRDefault="00000000">
            <w:pPr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DC7AEB">
              <w:rPr>
                <w:rFonts w:ascii="Times New Roman" w:hAnsi="Times New Roman" w:cs="Times New Roman"/>
                <w:sz w:val="22"/>
              </w:rPr>
              <w:t>Semnătura</w:t>
            </w:r>
            <w:proofErr w:type="spellEnd"/>
            <w:r w:rsidRPr="00DC7AEB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DC7AEB">
              <w:rPr>
                <w:rFonts w:ascii="Times New Roman" w:hAnsi="Times New Roman" w:cs="Times New Roman"/>
                <w:sz w:val="22"/>
              </w:rPr>
              <w:t>candidatului</w:t>
            </w:r>
            <w:proofErr w:type="spellEnd"/>
            <w:r w:rsidRPr="00DC7AEB">
              <w:rPr>
                <w:rFonts w:ascii="Times New Roman" w:hAnsi="Times New Roman" w:cs="Times New Roman"/>
                <w:sz w:val="22"/>
              </w:rPr>
              <w:t xml:space="preserve"> .................................</w:t>
            </w:r>
          </w:p>
          <w:p w14:paraId="12534464" w14:textId="7A3B3223" w:rsidR="00D06B8C" w:rsidRPr="00DC7AEB" w:rsidRDefault="00D06B8C">
            <w:pPr>
              <w:jc w:val="center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2BE7C38F" w14:textId="2543B373" w:rsidR="007B6146" w:rsidRDefault="00000000">
      <w:pPr>
        <w:spacing w:before="240" w:after="18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7AEB">
        <w:rPr>
          <w:rFonts w:ascii="Times New Roman" w:hAnsi="Times New Roman" w:cs="Times New Roman"/>
          <w:b/>
          <w:sz w:val="24"/>
          <w:szCs w:val="24"/>
        </w:rPr>
        <w:t xml:space="preserve">DOMNULUI INSPECTOR ȘCOLAR GENERAL AL INSPECTORATULUI ȘCOLAR JUDEȚEAN </w:t>
      </w:r>
      <w:r w:rsidR="00211AC2" w:rsidRPr="00DC7AEB">
        <w:rPr>
          <w:rFonts w:ascii="Times New Roman" w:hAnsi="Times New Roman" w:cs="Times New Roman"/>
          <w:b/>
          <w:sz w:val="24"/>
          <w:szCs w:val="24"/>
        </w:rPr>
        <w:t>MARAMUREȘ</w:t>
      </w:r>
    </w:p>
    <w:p w14:paraId="0C6947D4" w14:textId="77777777" w:rsidR="00D06B8C" w:rsidRDefault="00D06B8C">
      <w:pPr>
        <w:spacing w:before="240" w:after="18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45FD38" w14:textId="77777777" w:rsidR="007B6146" w:rsidRPr="00211AC2" w:rsidRDefault="00000000" w:rsidP="00045F53">
      <w:pPr>
        <w:rPr>
          <w:rFonts w:ascii="Times New Roman" w:hAnsi="Times New Roman" w:cs="Times New Roman"/>
        </w:rPr>
      </w:pPr>
      <w:r w:rsidRPr="00211AC2">
        <w:rPr>
          <w:rFonts w:ascii="Times New Roman" w:hAnsi="Times New Roman" w:cs="Times New Roman"/>
          <w:sz w:val="16"/>
        </w:rPr>
        <w:t>____________________________________________________________________________________________</w:t>
      </w:r>
    </w:p>
    <w:p w14:paraId="191036FF" w14:textId="7944A615" w:rsidR="007B6146" w:rsidRPr="00045F53" w:rsidRDefault="00045F53" w:rsidP="00045F53">
      <w:pPr>
        <w:rPr>
          <w:rFonts w:ascii="Times New Roman" w:hAnsi="Times New Roman" w:cs="Times New Roman"/>
          <w:sz w:val="16"/>
          <w:szCs w:val="16"/>
        </w:rPr>
      </w:pPr>
      <w:r w:rsidRPr="00045F53">
        <w:rPr>
          <w:rFonts w:ascii="Times New Roman" w:hAnsi="Times New Roman" w:cs="Times New Roman"/>
          <w:sz w:val="16"/>
          <w:szCs w:val="16"/>
        </w:rPr>
        <w:t xml:space="preserve">* Educatoare,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învăţător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maistru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-instructor,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antrenor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cadru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didactic medical,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învăţător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-itinerant, institutor,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profesor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pentru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învăţământul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preşcolar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profesor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pentru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învăţământul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primar</w:t>
      </w:r>
      <w:proofErr w:type="spellEnd"/>
      <w:r w:rsidRPr="00045F53">
        <w:rPr>
          <w:rFonts w:ascii="Times New Roman" w:hAnsi="Times New Roman" w:cs="Times New Roman"/>
          <w:sz w:val="16"/>
          <w:szCs w:val="16"/>
        </w:rPr>
        <w:t xml:space="preserve">, </w:t>
      </w:r>
      <w:proofErr w:type="spellStart"/>
      <w:r w:rsidRPr="00045F53">
        <w:rPr>
          <w:rFonts w:ascii="Times New Roman" w:hAnsi="Times New Roman" w:cs="Times New Roman"/>
          <w:sz w:val="16"/>
          <w:szCs w:val="16"/>
        </w:rPr>
        <w:t>profesor</w:t>
      </w:r>
      <w:proofErr w:type="spellEnd"/>
    </w:p>
    <w:sectPr w:rsidR="007B6146" w:rsidRPr="00045F53" w:rsidSect="00045F53">
      <w:pgSz w:w="11906" w:h="16838"/>
      <w:pgMar w:top="426" w:right="822" w:bottom="652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F36541" w14:textId="77777777" w:rsidR="007928CB" w:rsidRDefault="007928CB">
      <w:r>
        <w:separator/>
      </w:r>
    </w:p>
  </w:endnote>
  <w:endnote w:type="continuationSeparator" w:id="0">
    <w:p w14:paraId="5643D70B" w14:textId="77777777" w:rsidR="007928CB" w:rsidRDefault="00792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35FA64" w14:textId="77777777" w:rsidR="007928CB" w:rsidRDefault="007928CB">
      <w:r>
        <w:separator/>
      </w:r>
    </w:p>
  </w:footnote>
  <w:footnote w:type="continuationSeparator" w:id="0">
    <w:p w14:paraId="271342E8" w14:textId="77777777" w:rsidR="007928CB" w:rsidRDefault="007928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21843086">
    <w:abstractNumId w:val="8"/>
  </w:num>
  <w:num w:numId="2" w16cid:durableId="125777100">
    <w:abstractNumId w:val="6"/>
  </w:num>
  <w:num w:numId="3" w16cid:durableId="2030639272">
    <w:abstractNumId w:val="5"/>
  </w:num>
  <w:num w:numId="4" w16cid:durableId="934551984">
    <w:abstractNumId w:val="4"/>
  </w:num>
  <w:num w:numId="5" w16cid:durableId="422259839">
    <w:abstractNumId w:val="7"/>
  </w:num>
  <w:num w:numId="6" w16cid:durableId="1821456270">
    <w:abstractNumId w:val="3"/>
  </w:num>
  <w:num w:numId="7" w16cid:durableId="68581318">
    <w:abstractNumId w:val="2"/>
  </w:num>
  <w:num w:numId="8" w16cid:durableId="1436050447">
    <w:abstractNumId w:val="1"/>
  </w:num>
  <w:num w:numId="9" w16cid:durableId="1756606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F60"/>
    <w:rsid w:val="00045F53"/>
    <w:rsid w:val="0006063C"/>
    <w:rsid w:val="0015074B"/>
    <w:rsid w:val="001D5D1E"/>
    <w:rsid w:val="00211AC2"/>
    <w:rsid w:val="0029639D"/>
    <w:rsid w:val="00326F90"/>
    <w:rsid w:val="006827B9"/>
    <w:rsid w:val="007928CB"/>
    <w:rsid w:val="007B6146"/>
    <w:rsid w:val="00AA1D8D"/>
    <w:rsid w:val="00B22446"/>
    <w:rsid w:val="00B47730"/>
    <w:rsid w:val="00CB0664"/>
    <w:rsid w:val="00D06B8C"/>
    <w:rsid w:val="00DC7AEB"/>
    <w:rsid w:val="00E270CA"/>
    <w:rsid w:val="00F2446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E4E4F0"/>
  <w14:defaultImageDpi w14:val="300"/>
  <w15:docId w15:val="{063BFBA2-1091-4D23-A1AD-E8E302AC3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Arial Narrow" w:eastAsia="Arial Narrow" w:hAnsi="Arial Narrow"/>
      <w:sz w:val="21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575</Words>
  <Characters>3338</Characters>
  <Application>Microsoft Office Word</Application>
  <DocSecurity>0</DocSecurity>
  <Lines>27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3906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Salagean Gabriela</cp:lastModifiedBy>
  <cp:revision>7</cp:revision>
  <dcterms:created xsi:type="dcterms:W3CDTF">2026-10-05T18:13:00Z</dcterms:created>
  <dcterms:modified xsi:type="dcterms:W3CDTF">2026-10-05T19:15:00Z</dcterms:modified>
  <cp:category/>
</cp:coreProperties>
</file>