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7B6146" w:rsidRPr="00211AC2" w14:paraId="64F1894A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F1EFE" w14:textId="77777777" w:rsidR="007B6146" w:rsidRPr="00211AC2" w:rsidRDefault="007B6146">
            <w:pPr>
              <w:rPr>
                <w:rFonts w:ascii="Times New Roman" w:hAnsi="Times New Roman" w:cs="Times New Roman"/>
              </w:rPr>
            </w:pPr>
          </w:p>
          <w:p w14:paraId="5634C698" w14:textId="77777777" w:rsidR="007B6146" w:rsidRPr="00211AC2" w:rsidRDefault="0095574D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</w:rPr>
              <w:t xml:space="preserve">Nr. înregistrare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41B3AAA2" w14:textId="77777777" w:rsidR="007B6146" w:rsidRPr="00211AC2" w:rsidRDefault="0095574D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</w:rPr>
              <w:t xml:space="preserve">Unitatea de învățământ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24A5D488" w14:textId="77777777" w:rsidR="007B6146" w:rsidRPr="00211AC2" w:rsidRDefault="0095574D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Localitatea: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08D72A6B" w14:textId="77777777" w:rsidR="007B6146" w:rsidRPr="00211AC2" w:rsidRDefault="0095574D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Telefon unitatea de învățământ: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41830983" w14:textId="77777777" w:rsidR="007B6146" w:rsidRPr="00211AC2" w:rsidRDefault="0095574D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E-mail unitatea de învățământ: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2F37698D" w14:textId="7EB929C7" w:rsidR="007B6146" w:rsidRPr="00211AC2" w:rsidRDefault="0095574D">
            <w:pPr>
              <w:spacing w:before="140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  <w:sz w:val="22"/>
              </w:rPr>
              <w:t>AVIZAT DIRECTOR</w:t>
            </w:r>
          </w:p>
          <w:p w14:paraId="7BD91E56" w14:textId="77777777" w:rsidR="007B6146" w:rsidRPr="00211AC2" w:rsidRDefault="0095574D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Numele și prenumele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4FE66070" w14:textId="77777777" w:rsidR="007B6146" w:rsidRDefault="0095574D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Semnătura și ștampila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536DBA75" w14:textId="74C771E7" w:rsidR="00BC6CFD" w:rsidRPr="00211AC2" w:rsidRDefault="00BC6CFD" w:rsidP="00BC6CFD">
            <w:pPr>
              <w:spacing w:before="200"/>
              <w:rPr>
                <w:rFonts w:ascii="Times New Roman" w:hAnsi="Times New Roman" w:cs="Times New Roman"/>
              </w:rPr>
            </w:pPr>
            <w:proofErr w:type="spellStart"/>
            <w:r w:rsidRPr="00211AC2">
              <w:rPr>
                <w:rFonts w:ascii="Times New Roman" w:hAnsi="Times New Roman" w:cs="Times New Roman"/>
                <w:b/>
              </w:rPr>
              <w:t>Aprobat</w:t>
            </w:r>
            <w:proofErr w:type="spellEnd"/>
            <w:r w:rsidRPr="00211AC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11AC2">
              <w:rPr>
                <w:rFonts w:ascii="Times New Roman" w:hAnsi="Times New Roman" w:cs="Times New Roman"/>
              </w:rPr>
              <w:t>în</w:t>
            </w:r>
            <w:proofErr w:type="spellEnd"/>
            <w:r w:rsidRPr="00211A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AC2">
              <w:rPr>
                <w:rFonts w:ascii="Times New Roman" w:hAnsi="Times New Roman" w:cs="Times New Roman"/>
              </w:rPr>
              <w:t>ședința</w:t>
            </w:r>
            <w:proofErr w:type="spellEnd"/>
            <w:r w:rsidRPr="00211A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AC2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211AC2">
              <w:rPr>
                <w:rFonts w:ascii="Times New Roman" w:hAnsi="Times New Roman" w:cs="Times New Roman"/>
              </w:rPr>
              <w:t xml:space="preserve"> de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AC2">
              <w:rPr>
                <w:rFonts w:ascii="Times New Roman" w:hAnsi="Times New Roman" w:cs="Times New Roman"/>
              </w:rPr>
              <w:t>Administrație</w:t>
            </w:r>
            <w:proofErr w:type="spellEnd"/>
            <w:r w:rsidRPr="00211AC2">
              <w:rPr>
                <w:rFonts w:ascii="Times New Roman" w:hAnsi="Times New Roman" w:cs="Times New Roman"/>
              </w:rPr>
              <w:t xml:space="preserve"> din data __________________</w:t>
            </w: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0607" w14:textId="77777777" w:rsidR="007B6146" w:rsidRPr="00211AC2" w:rsidRDefault="007B6146">
            <w:pPr>
              <w:rPr>
                <w:rFonts w:ascii="Times New Roman" w:hAnsi="Times New Roman" w:cs="Times New Roman"/>
              </w:rPr>
            </w:pPr>
          </w:p>
          <w:p w14:paraId="43CF071F" w14:textId="11DAD9FA" w:rsidR="007B6146" w:rsidRPr="00211AC2" w:rsidRDefault="0095574D" w:rsidP="00211AC2">
            <w:pPr>
              <w:ind w:firstLine="1101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 w:rsidRPr="00211AC2">
              <w:rPr>
                <w:rFonts w:ascii="Times New Roman" w:hAnsi="Times New Roman" w:cs="Times New Roman"/>
                <w:b/>
              </w:rPr>
              <w:t>înregistrare</w:t>
            </w:r>
            <w:proofErr w:type="spellEnd"/>
            <w:r w:rsidRPr="00211AC2">
              <w:rPr>
                <w:rFonts w:ascii="Times New Roman" w:hAnsi="Times New Roman" w:cs="Times New Roman"/>
                <w:b/>
              </w:rPr>
              <w:t xml:space="preserve"> I.S.J. </w:t>
            </w:r>
            <w:proofErr w:type="spellStart"/>
            <w:r w:rsidR="00211AC2" w:rsidRPr="00211AC2">
              <w:rPr>
                <w:rFonts w:ascii="Times New Roman" w:hAnsi="Times New Roman" w:cs="Times New Roman"/>
                <w:b/>
              </w:rPr>
              <w:t>Maramureș</w:t>
            </w:r>
            <w:proofErr w:type="spellEnd"/>
          </w:p>
          <w:p w14:paraId="7850FC29" w14:textId="77777777" w:rsidR="007B6146" w:rsidRPr="00211AC2" w:rsidRDefault="0095574D" w:rsidP="00211AC2">
            <w:pPr>
              <w:spacing w:before="240"/>
              <w:ind w:firstLine="1101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>__________ / ______________</w:t>
            </w:r>
          </w:p>
          <w:p w14:paraId="25A27865" w14:textId="6698878B" w:rsidR="007B6146" w:rsidRPr="00211AC2" w:rsidRDefault="007B6146" w:rsidP="00211AC2">
            <w:pPr>
              <w:ind w:firstLine="1101"/>
              <w:rPr>
                <w:rFonts w:ascii="Times New Roman" w:hAnsi="Times New Roman" w:cs="Times New Roman"/>
              </w:rPr>
            </w:pPr>
          </w:p>
        </w:tc>
      </w:tr>
      <w:tr w:rsidR="00211AC2" w:rsidRPr="00211AC2" w14:paraId="43E94C22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121ED" w14:textId="77777777" w:rsidR="00211AC2" w:rsidRPr="00211AC2" w:rsidRDefault="00211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3E64" w14:textId="77777777" w:rsidR="00211AC2" w:rsidRPr="00211AC2" w:rsidRDefault="00211AC2">
            <w:pPr>
              <w:rPr>
                <w:rFonts w:ascii="Times New Roman" w:hAnsi="Times New Roman" w:cs="Times New Roman"/>
              </w:rPr>
            </w:pPr>
          </w:p>
        </w:tc>
      </w:tr>
    </w:tbl>
    <w:p w14:paraId="212CCA7B" w14:textId="77777777" w:rsidR="007B6146" w:rsidRPr="00211AC2" w:rsidRDefault="007B6146">
      <w:pPr>
        <w:spacing w:before="140"/>
        <w:rPr>
          <w:rFonts w:ascii="Times New Roman" w:hAnsi="Times New Roman" w:cs="Times New Roman"/>
        </w:rPr>
      </w:pPr>
    </w:p>
    <w:p w14:paraId="4E60880E" w14:textId="15DDA7AE" w:rsidR="007B6146" w:rsidRPr="00DC7AEB" w:rsidRDefault="0095574D">
      <w:pPr>
        <w:spacing w:before="8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AEB">
        <w:rPr>
          <w:rFonts w:ascii="Times New Roman" w:hAnsi="Times New Roman" w:cs="Times New Roman"/>
          <w:b/>
          <w:sz w:val="28"/>
          <w:szCs w:val="28"/>
        </w:rPr>
        <w:t xml:space="preserve"> DOMNULE INSPECTOR ȘCOLAR GENERAL,</w:t>
      </w:r>
    </w:p>
    <w:p w14:paraId="670B2DBC" w14:textId="77777777" w:rsidR="00F24467" w:rsidRDefault="00F24467" w:rsidP="00F24467">
      <w:pPr>
        <w:spacing w:after="40"/>
        <w:ind w:firstLine="680"/>
        <w:jc w:val="both"/>
        <w:rPr>
          <w:rFonts w:ascii="Times New Roman" w:hAnsi="Times New Roman" w:cs="Times New Roman"/>
          <w:sz w:val="22"/>
        </w:rPr>
      </w:pPr>
    </w:p>
    <w:p w14:paraId="40EC95FA" w14:textId="6525F288" w:rsidR="00BC6CFD" w:rsidRDefault="0095574D" w:rsidP="00F24467">
      <w:pPr>
        <w:spacing w:after="40"/>
        <w:ind w:firstLine="680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sz w:val="22"/>
        </w:rPr>
        <w:t>Subsemnatul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(a), </w:t>
      </w:r>
      <w:r w:rsidRPr="00DC7AEB">
        <w:rPr>
          <w:rFonts w:ascii="Times New Roman" w:hAnsi="Times New Roman" w:cs="Times New Roman"/>
          <w:sz w:val="22"/>
        </w:rPr>
        <w:t>..........................................................</w:t>
      </w:r>
      <w:r w:rsidR="00BC6CFD">
        <w:rPr>
          <w:rFonts w:ascii="Times New Roman" w:hAnsi="Times New Roman" w:cs="Times New Roman"/>
          <w:sz w:val="22"/>
        </w:rPr>
        <w:t>............</w:t>
      </w:r>
      <w:r w:rsidRPr="00DC7AEB">
        <w:rPr>
          <w:rFonts w:ascii="Times New Roman" w:hAnsi="Times New Roman" w:cs="Times New Roman"/>
          <w:sz w:val="22"/>
        </w:rPr>
        <w:t>........................................</w:t>
      </w:r>
      <w:r w:rsidR="00211AC2" w:rsidRPr="00DC7AEB">
        <w:rPr>
          <w:rFonts w:ascii="Times New Roman" w:hAnsi="Times New Roman" w:cs="Times New Roman"/>
          <w:sz w:val="22"/>
        </w:rPr>
        <w:t>.................................</w:t>
      </w:r>
      <w:r w:rsidRPr="00DC7AEB">
        <w:rPr>
          <w:rFonts w:ascii="Times New Roman" w:hAnsi="Times New Roman" w:cs="Times New Roman"/>
          <w:sz w:val="22"/>
        </w:rPr>
        <w:t>...,</w:t>
      </w:r>
      <w:r w:rsidR="00211AC2" w:rsidRPr="00DC7AEB">
        <w:rPr>
          <w:rFonts w:ascii="Times New Roman" w:hAnsi="Times New Roman" w:cs="Times New Roman"/>
          <w:sz w:val="22"/>
        </w:rPr>
        <w:t xml:space="preserve"> </w:t>
      </w:r>
    </w:p>
    <w:p w14:paraId="0273DD29" w14:textId="694CBABC" w:rsidR="00BC6CFD" w:rsidRDefault="00BC6CFD" w:rsidP="00BC6CFD">
      <w:pPr>
        <w:spacing w:after="4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numele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familie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înainte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căsătorie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iniţiala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tatălui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prenumele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numele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după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căsătorie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>-cu majuscule</w:t>
      </w:r>
    </w:p>
    <w:p w14:paraId="75346AEA" w14:textId="77777777" w:rsidR="002556D2" w:rsidRDefault="00BC6CFD" w:rsidP="00F24467">
      <w:pPr>
        <w:spacing w:after="40"/>
        <w:jc w:val="both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</w:rPr>
        <w:t>domiciliat</w:t>
      </w:r>
      <w:proofErr w:type="spellEnd"/>
      <w:r>
        <w:rPr>
          <w:rFonts w:ascii="Times New Roman" w:hAnsi="Times New Roman" w:cs="Times New Roman"/>
          <w:sz w:val="22"/>
        </w:rPr>
        <w:t xml:space="preserve">(ă) ……………………………………………………………………………………………………………, </w:t>
      </w:r>
      <w:proofErr w:type="spellStart"/>
      <w:r>
        <w:rPr>
          <w:rFonts w:ascii="Times New Roman" w:hAnsi="Times New Roman" w:cs="Times New Roman"/>
          <w:sz w:val="22"/>
        </w:rPr>
        <w:t>telefon</w:t>
      </w:r>
      <w:proofErr w:type="spellEnd"/>
      <w:r>
        <w:rPr>
          <w:rFonts w:ascii="Times New Roman" w:hAnsi="Times New Roman" w:cs="Times New Roman"/>
          <w:sz w:val="22"/>
        </w:rPr>
        <w:t xml:space="preserve">………………………, email ……………………………………………, </w:t>
      </w:r>
      <w:proofErr w:type="spellStart"/>
      <w:r>
        <w:rPr>
          <w:rFonts w:ascii="Times New Roman" w:hAnsi="Times New Roman" w:cs="Times New Roman"/>
          <w:sz w:val="22"/>
        </w:rPr>
        <w:t>telefon</w:t>
      </w:r>
      <w:proofErr w:type="spellEnd"/>
      <w:r>
        <w:rPr>
          <w:rFonts w:ascii="Times New Roman" w:hAnsi="Times New Roman" w:cs="Times New Roman"/>
          <w:sz w:val="22"/>
        </w:rPr>
        <w:t xml:space="preserve"> de la </w:t>
      </w:r>
      <w:proofErr w:type="spellStart"/>
      <w:r>
        <w:rPr>
          <w:rFonts w:ascii="Times New Roman" w:hAnsi="Times New Roman" w:cs="Times New Roman"/>
          <w:sz w:val="22"/>
        </w:rPr>
        <w:t>școală</w:t>
      </w:r>
      <w:proofErr w:type="spellEnd"/>
      <w:r>
        <w:rPr>
          <w:rFonts w:ascii="Times New Roman" w:hAnsi="Times New Roman" w:cs="Times New Roman"/>
          <w:sz w:val="22"/>
        </w:rPr>
        <w:t>………………………………….</w:t>
      </w:r>
      <w:proofErr w:type="spellStart"/>
      <w:r w:rsidRPr="00DC7AEB">
        <w:rPr>
          <w:rFonts w:ascii="Times New Roman" w:hAnsi="Times New Roman" w:cs="Times New Roman"/>
          <w:sz w:val="22"/>
        </w:rPr>
        <w:t>având</w:t>
      </w:r>
      <w:proofErr w:type="spellEnd"/>
      <w:r w:rsidR="00F24467" w:rsidRPr="00F24467">
        <w:rPr>
          <w:sz w:val="16"/>
          <w:szCs w:val="16"/>
        </w:rPr>
        <w:t xml:space="preserve">   </w:t>
      </w:r>
      <w:proofErr w:type="spellStart"/>
      <w:r w:rsidRPr="00BC6CFD">
        <w:rPr>
          <w:rFonts w:ascii="Times New Roman" w:hAnsi="Times New Roman" w:cs="Times New Roman"/>
          <w:sz w:val="22"/>
        </w:rPr>
        <w:t>func</w:t>
      </w:r>
      <w:r w:rsidRPr="00DC7AEB">
        <w:rPr>
          <w:rFonts w:ascii="Times New Roman" w:hAnsi="Times New Roman" w:cs="Times New Roman"/>
          <w:sz w:val="22"/>
        </w:rPr>
        <w:t>ția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didactică</w:t>
      </w:r>
      <w:proofErr w:type="spellEnd"/>
      <w:r w:rsidR="002556D2">
        <w:rPr>
          <w:rFonts w:ascii="Times New Roman" w:hAnsi="Times New Roman" w:cs="Times New Roman"/>
          <w:sz w:val="22"/>
        </w:rPr>
        <w:t>………………………………………………………..</w:t>
      </w:r>
      <w:r w:rsidRPr="00DC7AEB">
        <w:rPr>
          <w:rFonts w:ascii="Times New Roman" w:hAnsi="Times New Roman" w:cs="Times New Roman"/>
          <w:sz w:val="22"/>
        </w:rPr>
        <w:t xml:space="preserve"> </w:t>
      </w:r>
      <w:r w:rsidR="002556D2">
        <w:rPr>
          <w:rFonts w:ascii="Times New Roman" w:hAnsi="Times New Roman" w:cs="Times New Roman"/>
          <w:sz w:val="22"/>
        </w:rPr>
        <w:t xml:space="preserve">    </w:t>
      </w:r>
    </w:p>
    <w:p w14:paraId="6D8ABB16" w14:textId="2161725C" w:rsidR="002556D2" w:rsidRDefault="002556D2" w:rsidP="00F24467">
      <w:pPr>
        <w:spacing w:after="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                    </w:t>
      </w:r>
      <w:proofErr w:type="gramStart"/>
      <w:r w:rsidRPr="00045F53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educucatoare</w:t>
      </w:r>
      <w:proofErr w:type="spellEnd"/>
      <w:proofErr w:type="gramEnd"/>
      <w:r w:rsidRPr="00045F53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>./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maistru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instr./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I/II</w:t>
      </w:r>
      <w:r w:rsidR="00BC6CFD" w:rsidRPr="00DC7AEB">
        <w:rPr>
          <w:rFonts w:ascii="Times New Roman" w:hAnsi="Times New Roman" w:cs="Times New Roman"/>
          <w:sz w:val="22"/>
        </w:rPr>
        <w:t xml:space="preserve">, </w:t>
      </w:r>
      <w:r w:rsidRPr="00045F53">
        <w:rPr>
          <w:rFonts w:ascii="Times New Roman" w:hAnsi="Times New Roman" w:cs="Times New Roman"/>
          <w:sz w:val="16"/>
          <w:szCs w:val="16"/>
        </w:rPr>
        <w:t>)</w:t>
      </w:r>
      <w:r w:rsidRPr="00045F53">
        <w:rPr>
          <w:rFonts w:ascii="Times New Roman" w:hAnsi="Times New Roman" w:cs="Times New Roman"/>
          <w:sz w:val="14"/>
          <w:szCs w:val="14"/>
        </w:rPr>
        <w:t>*</w:t>
      </w:r>
    </w:p>
    <w:p w14:paraId="4A9B22F2" w14:textId="743AB5AB" w:rsidR="007B6146" w:rsidRDefault="00BC6CFD" w:rsidP="00F24467">
      <w:pPr>
        <w:spacing w:after="40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sz w:val="22"/>
        </w:rPr>
        <w:t>încadrat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(ă) </w:t>
      </w:r>
      <w:proofErr w:type="spellStart"/>
      <w:r w:rsidRPr="00DC7AEB">
        <w:rPr>
          <w:rFonts w:ascii="Times New Roman" w:hAnsi="Times New Roman" w:cs="Times New Roman"/>
          <w:sz w:val="22"/>
        </w:rPr>
        <w:t>în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anul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școlar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2026 – 2027</w:t>
      </w:r>
      <w:r w:rsidR="002556D2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95574D" w:rsidRPr="00DC7AEB">
        <w:rPr>
          <w:rFonts w:ascii="Times New Roman" w:hAnsi="Times New Roman" w:cs="Times New Roman"/>
          <w:sz w:val="22"/>
        </w:rPr>
        <w:t>unitatea</w:t>
      </w:r>
      <w:proofErr w:type="spellEnd"/>
      <w:r w:rsidR="0095574D" w:rsidRPr="00DC7AEB">
        <w:rPr>
          <w:rFonts w:ascii="Times New Roman" w:hAnsi="Times New Roman" w:cs="Times New Roman"/>
          <w:sz w:val="22"/>
        </w:rPr>
        <w:t xml:space="preserve"> de </w:t>
      </w:r>
      <w:proofErr w:type="spellStart"/>
      <w:r w:rsidR="0095574D" w:rsidRPr="00DC7AEB">
        <w:rPr>
          <w:rFonts w:ascii="Times New Roman" w:hAnsi="Times New Roman" w:cs="Times New Roman"/>
          <w:sz w:val="22"/>
        </w:rPr>
        <w:t>învățământ</w:t>
      </w:r>
      <w:proofErr w:type="spellEnd"/>
      <w:r w:rsidR="002556D2">
        <w:rPr>
          <w:rFonts w:ascii="Times New Roman" w:hAnsi="Times New Roman" w:cs="Times New Roman"/>
          <w:sz w:val="22"/>
        </w:rPr>
        <w:t>……………………………………………………….</w:t>
      </w:r>
      <w:r w:rsidR="0095574D" w:rsidRPr="00DC7AEB">
        <w:rPr>
          <w:rFonts w:ascii="Times New Roman" w:hAnsi="Times New Roman" w:cs="Times New Roman"/>
          <w:sz w:val="22"/>
        </w:rPr>
        <w:t xml:space="preserve"> </w:t>
      </w:r>
    </w:p>
    <w:p w14:paraId="24230E9C" w14:textId="4FD1D905" w:rsidR="00F24467" w:rsidRDefault="002556D2" w:rsidP="00F24467">
      <w:pPr>
        <w:ind w:right="-99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</w:t>
      </w:r>
      <w:r w:rsidR="00F24467">
        <w:rPr>
          <w:sz w:val="16"/>
          <w:szCs w:val="16"/>
        </w:rPr>
        <w:t>(</w:t>
      </w:r>
      <w:proofErr w:type="spellStart"/>
      <w:r w:rsidR="00F24467">
        <w:rPr>
          <w:sz w:val="16"/>
          <w:szCs w:val="16"/>
        </w:rPr>
        <w:t>denumirea</w:t>
      </w:r>
      <w:proofErr w:type="spellEnd"/>
      <w:r w:rsidR="00F24467">
        <w:rPr>
          <w:sz w:val="16"/>
          <w:szCs w:val="16"/>
        </w:rPr>
        <w:t xml:space="preserve"> </w:t>
      </w:r>
      <w:proofErr w:type="spellStart"/>
      <w:r w:rsidR="00F24467">
        <w:rPr>
          <w:sz w:val="16"/>
          <w:szCs w:val="16"/>
        </w:rPr>
        <w:t>unităţii</w:t>
      </w:r>
      <w:proofErr w:type="spellEnd"/>
      <w:r w:rsidR="00F24467">
        <w:rPr>
          <w:sz w:val="16"/>
          <w:szCs w:val="16"/>
        </w:rPr>
        <w:t xml:space="preserve"> de </w:t>
      </w:r>
      <w:proofErr w:type="spellStart"/>
      <w:proofErr w:type="gramStart"/>
      <w:r w:rsidR="00F24467">
        <w:rPr>
          <w:sz w:val="16"/>
          <w:szCs w:val="16"/>
        </w:rPr>
        <w:t>învăţământ</w:t>
      </w:r>
      <w:proofErr w:type="spellEnd"/>
      <w:r w:rsidR="00F24467">
        <w:rPr>
          <w:sz w:val="16"/>
          <w:szCs w:val="16"/>
        </w:rPr>
        <w:t xml:space="preserve"> </w:t>
      </w:r>
      <w:r w:rsidR="00BC6CFD">
        <w:rPr>
          <w:sz w:val="16"/>
          <w:szCs w:val="16"/>
        </w:rPr>
        <w:t>,</w:t>
      </w:r>
      <w:proofErr w:type="gramEnd"/>
      <w:r w:rsidR="00BC6CFD">
        <w:rPr>
          <w:sz w:val="16"/>
          <w:szCs w:val="16"/>
        </w:rPr>
        <w:t xml:space="preserve"> </w:t>
      </w:r>
      <w:proofErr w:type="spellStart"/>
      <w:r w:rsidR="00BC6CFD">
        <w:rPr>
          <w:sz w:val="16"/>
          <w:szCs w:val="16"/>
        </w:rPr>
        <w:t>localitattea</w:t>
      </w:r>
      <w:proofErr w:type="spellEnd"/>
      <w:r w:rsidR="00F24467">
        <w:rPr>
          <w:sz w:val="16"/>
          <w:szCs w:val="16"/>
        </w:rPr>
        <w:t>)</w:t>
      </w:r>
    </w:p>
    <w:p w14:paraId="046027B3" w14:textId="6DA8EA35" w:rsidR="007B6146" w:rsidRPr="00DC7AEB" w:rsidRDefault="0095574D" w:rsidP="00F24467">
      <w:pPr>
        <w:spacing w:after="40" w:line="276" w:lineRule="auto"/>
        <w:jc w:val="both"/>
        <w:rPr>
          <w:rFonts w:ascii="Times New Roman" w:hAnsi="Times New Roman" w:cs="Times New Roman"/>
          <w:sz w:val="22"/>
        </w:rPr>
      </w:pPr>
      <w:bookmarkStart w:id="0" w:name="_GoBack"/>
      <w:bookmarkEnd w:id="0"/>
      <w:r w:rsidRPr="00DC7AEB">
        <w:rPr>
          <w:rFonts w:ascii="Times New Roman" w:hAnsi="Times New Roman" w:cs="Times New Roman"/>
          <w:sz w:val="22"/>
        </w:rPr>
        <w:t>absolvent(ă) al</w:t>
      </w:r>
      <w:r w:rsidR="00211AC2" w:rsidRPr="00DC7AEB">
        <w:rPr>
          <w:rFonts w:ascii="Times New Roman" w:hAnsi="Times New Roman" w:cs="Times New Roman"/>
          <w:sz w:val="22"/>
        </w:rPr>
        <w:t>…………………………………………………………………</w:t>
      </w:r>
      <w:r w:rsidR="00BC6CFD">
        <w:rPr>
          <w:rFonts w:ascii="Times New Roman" w:hAnsi="Times New Roman" w:cs="Times New Roman"/>
          <w:sz w:val="22"/>
        </w:rPr>
        <w:t>…</w:t>
      </w:r>
      <w:r w:rsidRPr="00DC7AEB">
        <w:rPr>
          <w:rFonts w:ascii="Times New Roman" w:hAnsi="Times New Roman" w:cs="Times New Roman"/>
          <w:sz w:val="22"/>
        </w:rPr>
        <w:t>...............</w:t>
      </w:r>
      <w:r w:rsidR="00211AC2" w:rsidRPr="00DC7AEB">
        <w:rPr>
          <w:rFonts w:ascii="Times New Roman" w:hAnsi="Times New Roman" w:cs="Times New Roman"/>
          <w:sz w:val="22"/>
        </w:rPr>
        <w:t>............................................</w:t>
      </w:r>
      <w:r w:rsidR="00F24467">
        <w:rPr>
          <w:rFonts w:ascii="Times New Roman" w:hAnsi="Times New Roman" w:cs="Times New Roman"/>
          <w:sz w:val="22"/>
        </w:rPr>
        <w:t xml:space="preserve"> </w:t>
      </w:r>
      <w:r w:rsidRPr="00DC7AEB">
        <w:rPr>
          <w:rFonts w:ascii="Times New Roman" w:hAnsi="Times New Roman" w:cs="Times New Roman"/>
          <w:sz w:val="22"/>
        </w:rPr>
        <w:t xml:space="preserve">cu </w:t>
      </w:r>
      <w:proofErr w:type="spellStart"/>
      <w:r w:rsidRPr="00DC7AEB">
        <w:rPr>
          <w:rFonts w:ascii="Times New Roman" w:hAnsi="Times New Roman" w:cs="Times New Roman"/>
          <w:sz w:val="22"/>
        </w:rPr>
        <w:t>durata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de ............... ani, </w:t>
      </w:r>
      <w:proofErr w:type="spellStart"/>
      <w:r w:rsidRPr="00DC7AEB">
        <w:rPr>
          <w:rFonts w:ascii="Times New Roman" w:hAnsi="Times New Roman" w:cs="Times New Roman"/>
          <w:sz w:val="22"/>
        </w:rPr>
        <w:t>specializarea</w:t>
      </w:r>
      <w:proofErr w:type="spellEnd"/>
      <w:r w:rsidRPr="00DC7AEB">
        <w:rPr>
          <w:rFonts w:ascii="Times New Roman" w:hAnsi="Times New Roman" w:cs="Times New Roman"/>
          <w:sz w:val="22"/>
        </w:rPr>
        <w:t>/</w:t>
      </w:r>
      <w:proofErr w:type="spellStart"/>
      <w:r w:rsidRPr="00DC7AEB">
        <w:rPr>
          <w:rFonts w:ascii="Times New Roman" w:hAnsi="Times New Roman" w:cs="Times New Roman"/>
          <w:sz w:val="22"/>
        </w:rPr>
        <w:t>specializările</w:t>
      </w:r>
      <w:proofErr w:type="spellEnd"/>
      <w:r w:rsidR="00BC6CFD">
        <w:rPr>
          <w:rFonts w:ascii="Times New Roman" w:hAnsi="Times New Roman" w:cs="Times New Roman"/>
          <w:sz w:val="22"/>
        </w:rPr>
        <w:t>……………………………………………………………</w:t>
      </w:r>
      <w:r w:rsidR="00211AC2" w:rsidRPr="00DC7AEB">
        <w:rPr>
          <w:rFonts w:ascii="Times New Roman" w:hAnsi="Times New Roman" w:cs="Times New Roman"/>
          <w:sz w:val="22"/>
        </w:rPr>
        <w:t xml:space="preserve"> ………………………………………………</w:t>
      </w:r>
      <w:r w:rsidR="00DC7AEB">
        <w:rPr>
          <w:rFonts w:ascii="Times New Roman" w:hAnsi="Times New Roman" w:cs="Times New Roman"/>
          <w:sz w:val="22"/>
        </w:rPr>
        <w:t>………………..</w:t>
      </w:r>
      <w:r w:rsidR="00211AC2" w:rsidRPr="00DC7AEB">
        <w:rPr>
          <w:rFonts w:ascii="Times New Roman" w:hAnsi="Times New Roman" w:cs="Times New Roman"/>
          <w:sz w:val="22"/>
        </w:rPr>
        <w:t>.................................</w:t>
      </w:r>
      <w:r w:rsidRPr="00DC7AEB">
        <w:rPr>
          <w:rFonts w:ascii="Times New Roman" w:hAnsi="Times New Roman" w:cs="Times New Roman"/>
          <w:sz w:val="22"/>
        </w:rPr>
        <w:t xml:space="preserve"> promoția ....</w:t>
      </w:r>
      <w:r w:rsidR="00211AC2" w:rsidRPr="00DC7AEB">
        <w:rPr>
          <w:rFonts w:ascii="Times New Roman" w:hAnsi="Times New Roman" w:cs="Times New Roman"/>
          <w:sz w:val="22"/>
        </w:rPr>
        <w:t>............................</w:t>
      </w:r>
      <w:r w:rsidRPr="00DC7AEB">
        <w:rPr>
          <w:rFonts w:ascii="Times New Roman" w:hAnsi="Times New Roman" w:cs="Times New Roman"/>
          <w:sz w:val="22"/>
        </w:rPr>
        <w:t xml:space="preserve">.. </w:t>
      </w:r>
      <w:proofErr w:type="spellStart"/>
      <w:r w:rsidRPr="00DC7AEB">
        <w:rPr>
          <w:rFonts w:ascii="Times New Roman" w:hAnsi="Times New Roman" w:cs="Times New Roman"/>
          <w:sz w:val="22"/>
        </w:rPr>
        <w:t>și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al </w:t>
      </w:r>
      <w:proofErr w:type="spellStart"/>
      <w:r w:rsidRPr="00DC7AEB">
        <w:rPr>
          <w:rFonts w:ascii="Times New Roman" w:hAnsi="Times New Roman" w:cs="Times New Roman"/>
          <w:sz w:val="22"/>
        </w:rPr>
        <w:t>cursului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Departamentului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pentru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Pregătirea</w:t>
      </w:r>
      <w:proofErr w:type="spellEnd"/>
      <w:r w:rsidR="00211AC2"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Personalului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Didactic din </w:t>
      </w:r>
      <w:proofErr w:type="spellStart"/>
      <w:r w:rsidRPr="00DC7AEB">
        <w:rPr>
          <w:rFonts w:ascii="Times New Roman" w:hAnsi="Times New Roman" w:cs="Times New Roman"/>
          <w:sz w:val="22"/>
        </w:rPr>
        <w:t>cadrul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....................................</w:t>
      </w:r>
      <w:r w:rsidR="00F24467">
        <w:rPr>
          <w:rFonts w:ascii="Times New Roman" w:hAnsi="Times New Roman" w:cs="Times New Roman"/>
          <w:sz w:val="22"/>
        </w:rPr>
        <w:t>......................................</w:t>
      </w:r>
      <w:r w:rsidR="00045F53">
        <w:rPr>
          <w:rFonts w:ascii="Times New Roman" w:hAnsi="Times New Roman" w:cs="Times New Roman"/>
          <w:sz w:val="22"/>
        </w:rPr>
        <w:t>............</w:t>
      </w:r>
      <w:r w:rsidR="00F24467">
        <w:rPr>
          <w:rFonts w:ascii="Times New Roman" w:hAnsi="Times New Roman" w:cs="Times New Roman"/>
          <w:sz w:val="22"/>
        </w:rPr>
        <w:t>...........</w:t>
      </w:r>
      <w:r w:rsidRPr="00DC7AEB">
        <w:rPr>
          <w:rFonts w:ascii="Times New Roman" w:hAnsi="Times New Roman" w:cs="Times New Roman"/>
          <w:sz w:val="22"/>
        </w:rPr>
        <w:t>...., cu certificat de absolvire seria .........., nr. ..</w:t>
      </w:r>
      <w:r w:rsidRPr="00DC7AEB">
        <w:rPr>
          <w:rFonts w:ascii="Times New Roman" w:hAnsi="Times New Roman" w:cs="Times New Roman"/>
          <w:sz w:val="22"/>
        </w:rPr>
        <w:t>.............,</w:t>
      </w:r>
      <w:r w:rsidR="00211AC2" w:rsidRPr="00DC7AEB">
        <w:rPr>
          <w:rFonts w:ascii="Times New Roman" w:hAnsi="Times New Roman" w:cs="Times New Roman"/>
          <w:sz w:val="22"/>
        </w:rPr>
        <w:t xml:space="preserve"> </w:t>
      </w:r>
      <w:r w:rsidRPr="00DC7AEB">
        <w:rPr>
          <w:rFonts w:ascii="Times New Roman" w:hAnsi="Times New Roman" w:cs="Times New Roman"/>
          <w:sz w:val="22"/>
        </w:rPr>
        <w:t xml:space="preserve">cu </w:t>
      </w:r>
      <w:proofErr w:type="spellStart"/>
      <w:r w:rsidRPr="00DC7AEB">
        <w:rPr>
          <w:rFonts w:ascii="Times New Roman" w:hAnsi="Times New Roman" w:cs="Times New Roman"/>
          <w:sz w:val="22"/>
        </w:rPr>
        <w:t>titlul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de doctor </w:t>
      </w:r>
      <w:proofErr w:type="spellStart"/>
      <w:r w:rsidRPr="00DC7AEB">
        <w:rPr>
          <w:rFonts w:ascii="Times New Roman" w:hAnsi="Times New Roman" w:cs="Times New Roman"/>
          <w:sz w:val="22"/>
        </w:rPr>
        <w:t>în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domeniul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...................................................</w:t>
      </w:r>
      <w:r w:rsidR="00211AC2" w:rsidRPr="00DC7AEB">
        <w:rPr>
          <w:rFonts w:ascii="Times New Roman" w:hAnsi="Times New Roman" w:cs="Times New Roman"/>
          <w:sz w:val="22"/>
        </w:rPr>
        <w:t>.....</w:t>
      </w:r>
      <w:proofErr w:type="spellStart"/>
      <w:r w:rsidR="00BC6CFD">
        <w:rPr>
          <w:rFonts w:ascii="Times New Roman" w:hAnsi="Times New Roman" w:cs="Times New Roman"/>
          <w:sz w:val="22"/>
        </w:rPr>
        <w:t>obținut</w:t>
      </w:r>
      <w:proofErr w:type="spellEnd"/>
      <w:r w:rsidR="00BC6CFD">
        <w:rPr>
          <w:rFonts w:ascii="Times New Roman" w:hAnsi="Times New Roman" w:cs="Times New Roman"/>
          <w:sz w:val="22"/>
        </w:rPr>
        <w:t xml:space="preserve"> în anul …………….</w:t>
      </w:r>
      <w:r w:rsidRPr="00DC7AE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DC7AEB">
        <w:rPr>
          <w:rFonts w:ascii="Times New Roman" w:hAnsi="Times New Roman" w:cs="Times New Roman"/>
          <w:sz w:val="22"/>
        </w:rPr>
        <w:t>vă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rog </w:t>
      </w:r>
      <w:proofErr w:type="spellStart"/>
      <w:r w:rsidRPr="00DC7AEB">
        <w:rPr>
          <w:rFonts w:ascii="Times New Roman" w:hAnsi="Times New Roman" w:cs="Times New Roman"/>
          <w:sz w:val="22"/>
        </w:rPr>
        <w:t>să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-mi </w:t>
      </w:r>
      <w:proofErr w:type="spellStart"/>
      <w:r w:rsidRPr="00DC7AEB">
        <w:rPr>
          <w:rFonts w:ascii="Times New Roman" w:hAnsi="Times New Roman" w:cs="Times New Roman"/>
          <w:sz w:val="22"/>
        </w:rPr>
        <w:t>aprobați</w:t>
      </w:r>
      <w:proofErr w:type="spellEnd"/>
    </w:p>
    <w:p w14:paraId="5D755ED7" w14:textId="73617446" w:rsidR="007B6146" w:rsidRPr="00DC7AEB" w:rsidRDefault="00BC6CFD" w:rsidP="00F24467">
      <w:pPr>
        <w:spacing w:after="40" w:line="276" w:lineRule="auto"/>
        <w:jc w:val="both"/>
        <w:rPr>
          <w:rFonts w:ascii="Times New Roman" w:hAnsi="Times New Roman" w:cs="Times New Roman"/>
          <w:sz w:val="22"/>
        </w:rPr>
      </w:pPr>
      <w:proofErr w:type="spellStart"/>
      <w:r w:rsidRPr="00BC6CFD">
        <w:rPr>
          <w:rFonts w:ascii="Times New Roman" w:hAnsi="Times New Roman" w:cs="Times New Roman"/>
          <w:b/>
          <w:sz w:val="22"/>
        </w:rPr>
        <w:t>efectuarea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inspecţiei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curente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în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vederea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înscrierii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pentru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echivalarea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titlului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ştiinţific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de doctor cu </w:t>
      </w:r>
      <w:proofErr w:type="spellStart"/>
      <w:r w:rsidRPr="00BC6CFD">
        <w:rPr>
          <w:rFonts w:ascii="Times New Roman" w:hAnsi="Times New Roman" w:cs="Times New Roman"/>
          <w:b/>
          <w:sz w:val="22"/>
        </w:rPr>
        <w:t>gradul</w:t>
      </w:r>
      <w:proofErr w:type="spellEnd"/>
      <w:r w:rsidRPr="00BC6CFD">
        <w:rPr>
          <w:rFonts w:ascii="Times New Roman" w:hAnsi="Times New Roman" w:cs="Times New Roman"/>
          <w:b/>
          <w:sz w:val="22"/>
        </w:rPr>
        <w:t xml:space="preserve"> didactic I</w:t>
      </w:r>
      <w:r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961D6A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Pr="00961D6A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Pr="00961D6A">
        <w:rPr>
          <w:rFonts w:ascii="Times New Roman" w:hAnsi="Times New Roman" w:cs="Times New Roman"/>
          <w:sz w:val="24"/>
          <w:szCs w:val="24"/>
        </w:rPr>
        <w:t>.</w:t>
      </w:r>
      <w:r w:rsidRPr="00BC6CFD">
        <w:rPr>
          <w:rFonts w:ascii="Times New Roman" w:hAnsi="Times New Roman" w:cs="Times New Roman"/>
          <w:b/>
          <w:sz w:val="22"/>
        </w:rPr>
        <w:t>.</w:t>
      </w:r>
    </w:p>
    <w:p w14:paraId="7AC456D0" w14:textId="367850E9" w:rsidR="007B6146" w:rsidRDefault="0095574D" w:rsidP="00BC6CFD">
      <w:pPr>
        <w:spacing w:after="40" w:line="276" w:lineRule="auto"/>
        <w:ind w:firstLine="709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sz w:val="22"/>
        </w:rPr>
        <w:t>Menționez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că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am </w:t>
      </w:r>
      <w:proofErr w:type="spellStart"/>
      <w:r w:rsidRPr="00DC7AEB">
        <w:rPr>
          <w:rFonts w:ascii="Times New Roman" w:hAnsi="Times New Roman" w:cs="Times New Roman"/>
          <w:sz w:val="22"/>
        </w:rPr>
        <w:t>obținut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definitivarea în învățământ în anul ..............................</w:t>
      </w:r>
      <w:r w:rsidR="00045F53" w:rsidRPr="00045F53">
        <w:rPr>
          <w:sz w:val="24"/>
          <w:szCs w:val="24"/>
        </w:rPr>
        <w:t xml:space="preserve"> </w:t>
      </w:r>
      <w:r w:rsidR="00045F53" w:rsidRPr="00045F53">
        <w:rPr>
          <w:rFonts w:ascii="Times New Roman" w:hAnsi="Times New Roman" w:cs="Times New Roman"/>
          <w:sz w:val="22"/>
        </w:rPr>
        <w:t xml:space="preserve">și am o </w:t>
      </w:r>
      <w:r w:rsidR="00045F53" w:rsidRPr="00045F53">
        <w:rPr>
          <w:rFonts w:ascii="Times New Roman" w:hAnsi="Times New Roman" w:cs="Times New Roman"/>
          <w:sz w:val="22"/>
          <w:lang w:val="hu-HU"/>
        </w:rPr>
        <w:t xml:space="preserve">vechime </w:t>
      </w:r>
      <w:proofErr w:type="gramStart"/>
      <w:r w:rsidR="00045F53" w:rsidRPr="00045F53">
        <w:rPr>
          <w:rFonts w:ascii="Times New Roman" w:hAnsi="Times New Roman" w:cs="Times New Roman"/>
          <w:sz w:val="22"/>
          <w:lang w:val="hu-HU"/>
        </w:rPr>
        <w:t>efectivă  în</w:t>
      </w:r>
      <w:proofErr w:type="gramEnd"/>
      <w:r w:rsidR="00045F53" w:rsidRPr="00045F53">
        <w:rPr>
          <w:rFonts w:ascii="Times New Roman" w:hAnsi="Times New Roman" w:cs="Times New Roman"/>
          <w:sz w:val="22"/>
          <w:lang w:val="hu-HU"/>
        </w:rPr>
        <w:t xml:space="preserve"> activitatea de predare</w:t>
      </w:r>
      <w:r w:rsidR="00BC6CFD">
        <w:rPr>
          <w:rFonts w:ascii="Times New Roman" w:hAnsi="Times New Roman" w:cs="Times New Roman"/>
          <w:sz w:val="22"/>
          <w:lang w:val="hu-HU"/>
        </w:rPr>
        <w:t xml:space="preserve">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în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calitate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de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cadru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didactic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calificat</w:t>
      </w:r>
      <w:proofErr w:type="spellEnd"/>
      <w:r w:rsidR="00045F53" w:rsidRPr="00045F53">
        <w:rPr>
          <w:rFonts w:ascii="Times New Roman" w:hAnsi="Times New Roman" w:cs="Times New Roman"/>
          <w:sz w:val="22"/>
          <w:lang w:val="hu-HU"/>
        </w:rPr>
        <w:t xml:space="preserve"> de ...... ani…..luni…..zile</w:t>
      </w:r>
      <w:r w:rsidR="00045F53" w:rsidRPr="00045F53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calculată</w:t>
      </w:r>
      <w:proofErr w:type="spellEnd"/>
      <w:r w:rsidR="00045F53" w:rsidRPr="00045F53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obţinerea</w:t>
      </w:r>
      <w:proofErr w:type="spellEnd"/>
      <w:r w:rsidR="00045F53" w:rsidRPr="00045F5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definitivării</w:t>
      </w:r>
      <w:proofErr w:type="spellEnd"/>
      <w:r w:rsidR="00045F53" w:rsidRPr="00045F5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în</w:t>
      </w:r>
      <w:proofErr w:type="spellEnd"/>
      <w:r w:rsidR="00045F53" w:rsidRPr="00045F5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învăţământ</w:t>
      </w:r>
      <w:proofErr w:type="spellEnd"/>
    </w:p>
    <w:p w14:paraId="52D266D2" w14:textId="1D287BDF" w:rsidR="00BC6CFD" w:rsidRDefault="00F24467" w:rsidP="00BC6CFD">
      <w:pPr>
        <w:ind w:right="-18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</w:t>
      </w:r>
      <w:r w:rsidR="00BC6CFD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În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anul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şcolar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2026 -</w:t>
      </w:r>
      <w:r w:rsidR="00BC6CFD">
        <w:rPr>
          <w:rFonts w:ascii="Times New Roman" w:hAnsi="Times New Roman" w:cs="Times New Roman"/>
          <w:sz w:val="22"/>
        </w:rPr>
        <w:t xml:space="preserve"> </w:t>
      </w:r>
      <w:r w:rsidR="00BC6CFD" w:rsidRPr="00BC6CFD">
        <w:rPr>
          <w:rFonts w:ascii="Times New Roman" w:hAnsi="Times New Roman" w:cs="Times New Roman"/>
          <w:sz w:val="22"/>
        </w:rPr>
        <w:t xml:space="preserve">2027, sunt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încadrat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(ă), conform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deciziei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nr. …</w:t>
      </w:r>
      <w:proofErr w:type="gramStart"/>
      <w:r w:rsidR="00BC6CFD" w:rsidRPr="00BC6CFD">
        <w:rPr>
          <w:rFonts w:ascii="Times New Roman" w:hAnsi="Times New Roman" w:cs="Times New Roman"/>
          <w:sz w:val="22"/>
        </w:rPr>
        <w:t>…..</w:t>
      </w:r>
      <w:proofErr w:type="gramEnd"/>
      <w:r w:rsidR="00BC6CFD" w:rsidRPr="00BC6CFD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eliberată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de ……………………………………,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având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 ………… ore/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săptămână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BC6CFD" w:rsidRPr="00BC6CFD">
        <w:rPr>
          <w:rFonts w:ascii="Times New Roman" w:hAnsi="Times New Roman" w:cs="Times New Roman"/>
          <w:sz w:val="22"/>
        </w:rPr>
        <w:t>astfel</w:t>
      </w:r>
      <w:proofErr w:type="spellEnd"/>
      <w:r w:rsidR="00BC6CFD" w:rsidRPr="00BC6CFD">
        <w:rPr>
          <w:rFonts w:ascii="Times New Roman" w:hAnsi="Times New Roman" w:cs="Times New Roman"/>
          <w:sz w:val="22"/>
        </w:rPr>
        <w:t xml:space="preserve">: </w:t>
      </w:r>
    </w:p>
    <w:p w14:paraId="2164DC67" w14:textId="77777777" w:rsidR="00BC6CFD" w:rsidRDefault="00BC6CFD" w:rsidP="00BC6CFD">
      <w:pPr>
        <w:ind w:right="-180" w:firstLine="2268"/>
        <w:jc w:val="both"/>
        <w:rPr>
          <w:rFonts w:ascii="Times New Roman" w:hAnsi="Times New Roman" w:cs="Times New Roman"/>
          <w:sz w:val="22"/>
        </w:rPr>
      </w:pPr>
      <w:r w:rsidRPr="00BC6CFD">
        <w:rPr>
          <w:rFonts w:ascii="Times New Roman" w:hAnsi="Times New Roman" w:cs="Times New Roman"/>
          <w:sz w:val="22"/>
        </w:rPr>
        <w:t xml:space="preserve">- …………… ore </w:t>
      </w:r>
      <w:proofErr w:type="spellStart"/>
      <w:r w:rsidRPr="00BC6CFD">
        <w:rPr>
          <w:rFonts w:ascii="Times New Roman" w:hAnsi="Times New Roman" w:cs="Times New Roman"/>
          <w:sz w:val="22"/>
        </w:rPr>
        <w:t>în</w:t>
      </w:r>
      <w:proofErr w:type="spellEnd"/>
      <w:r w:rsidRPr="00BC6CFD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sz w:val="22"/>
        </w:rPr>
        <w:t>specializarea</w:t>
      </w:r>
      <w:proofErr w:type="spellEnd"/>
      <w:r w:rsidRPr="00BC6CFD">
        <w:rPr>
          <w:rFonts w:ascii="Times New Roman" w:hAnsi="Times New Roman" w:cs="Times New Roman"/>
          <w:sz w:val="22"/>
        </w:rPr>
        <w:t xml:space="preserve"> ……………………………………………………...…</w:t>
      </w:r>
      <w:proofErr w:type="gramStart"/>
      <w:r w:rsidRPr="00BC6CFD">
        <w:rPr>
          <w:rFonts w:ascii="Times New Roman" w:hAnsi="Times New Roman" w:cs="Times New Roman"/>
          <w:sz w:val="22"/>
        </w:rPr>
        <w:t>…..</w:t>
      </w:r>
      <w:proofErr w:type="gramEnd"/>
      <w:r w:rsidRPr="00BC6CFD">
        <w:rPr>
          <w:rFonts w:ascii="Times New Roman" w:hAnsi="Times New Roman" w:cs="Times New Roman"/>
          <w:sz w:val="22"/>
        </w:rPr>
        <w:t xml:space="preserve">; </w:t>
      </w:r>
    </w:p>
    <w:p w14:paraId="569F680C" w14:textId="116C255C" w:rsidR="00DC7AEB" w:rsidRPr="00DC7AEB" w:rsidRDefault="00BC6CFD" w:rsidP="00BC6CFD">
      <w:pPr>
        <w:ind w:right="-180" w:firstLine="2268"/>
        <w:jc w:val="both"/>
        <w:rPr>
          <w:rFonts w:ascii="Times New Roman" w:hAnsi="Times New Roman" w:cs="Times New Roman"/>
          <w:sz w:val="22"/>
        </w:rPr>
      </w:pPr>
      <w:r w:rsidRPr="00BC6CFD">
        <w:rPr>
          <w:rFonts w:ascii="Times New Roman" w:hAnsi="Times New Roman" w:cs="Times New Roman"/>
          <w:sz w:val="22"/>
        </w:rPr>
        <w:t xml:space="preserve">- …………… ore </w:t>
      </w:r>
      <w:proofErr w:type="spellStart"/>
      <w:r w:rsidRPr="00BC6CFD">
        <w:rPr>
          <w:rFonts w:ascii="Times New Roman" w:hAnsi="Times New Roman" w:cs="Times New Roman"/>
          <w:sz w:val="22"/>
        </w:rPr>
        <w:t>în</w:t>
      </w:r>
      <w:proofErr w:type="spellEnd"/>
      <w:r w:rsidRPr="00BC6CFD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BC6CFD">
        <w:rPr>
          <w:rFonts w:ascii="Times New Roman" w:hAnsi="Times New Roman" w:cs="Times New Roman"/>
          <w:sz w:val="22"/>
        </w:rPr>
        <w:t>specializare</w:t>
      </w:r>
      <w:r>
        <w:rPr>
          <w:rFonts w:ascii="Times New Roman" w:hAnsi="Times New Roman" w:cs="Times New Roman"/>
          <w:sz w:val="22"/>
        </w:rPr>
        <w:t>a</w:t>
      </w:r>
      <w:proofErr w:type="spellEnd"/>
      <w:r>
        <w:rPr>
          <w:rFonts w:ascii="Times New Roman" w:hAnsi="Times New Roman" w:cs="Times New Roman"/>
          <w:sz w:val="22"/>
        </w:rPr>
        <w:t xml:space="preserve"> …………………………………………………….............</w:t>
      </w:r>
    </w:p>
    <w:p w14:paraId="278E000E" w14:textId="77777777" w:rsidR="00211AC2" w:rsidRPr="00211AC2" w:rsidRDefault="00211AC2">
      <w:pPr>
        <w:spacing w:before="20" w:after="160"/>
        <w:jc w:val="center"/>
        <w:rPr>
          <w:rFonts w:ascii="Times New Roman" w:hAnsi="Times New Roman" w:cs="Times New Roman"/>
          <w:b/>
          <w:sz w:val="22"/>
        </w:rPr>
      </w:pPr>
    </w:p>
    <w:p w14:paraId="21C1C5E8" w14:textId="34186957" w:rsidR="007B6146" w:rsidRPr="00211AC2" w:rsidRDefault="0095574D">
      <w:pPr>
        <w:spacing w:before="20" w:after="160"/>
        <w:jc w:val="center"/>
        <w:rPr>
          <w:rFonts w:ascii="Times New Roman" w:hAnsi="Times New Roman" w:cs="Times New Roman"/>
        </w:rPr>
      </w:pPr>
      <w:proofErr w:type="spellStart"/>
      <w:r w:rsidRPr="00211AC2">
        <w:rPr>
          <w:rFonts w:ascii="Times New Roman" w:hAnsi="Times New Roman" w:cs="Times New Roman"/>
          <w:b/>
          <w:sz w:val="22"/>
        </w:rPr>
        <w:t>Îmi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asum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răspunderea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exactității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datelor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înscrise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în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prezenta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cerere.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7B6146" w:rsidRPr="00211AC2" w14:paraId="1F7378A3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731B" w14:textId="77777777" w:rsidR="00211AC2" w:rsidRPr="00DC7AEB" w:rsidRDefault="00211AC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3F9047BB" w14:textId="77777777" w:rsidR="00211AC2" w:rsidRPr="00DC7AEB" w:rsidRDefault="00211AC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21D20D41" w14:textId="773B78A5" w:rsidR="007B6146" w:rsidRPr="00DC7AEB" w:rsidRDefault="0095574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C7AEB">
              <w:rPr>
                <w:rFonts w:ascii="Times New Roman" w:hAnsi="Times New Roman" w:cs="Times New Roman"/>
                <w:sz w:val="22"/>
              </w:rPr>
              <w:t>Data ........................</w:t>
            </w: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DE1F" w14:textId="77777777" w:rsidR="00211AC2" w:rsidRPr="00DC7AEB" w:rsidRDefault="00211AC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4BFF51B0" w14:textId="77777777" w:rsidR="00211AC2" w:rsidRPr="00DC7AEB" w:rsidRDefault="00211AC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12534464" w14:textId="7A3B3223" w:rsidR="007B6146" w:rsidRPr="00DC7AEB" w:rsidRDefault="0095574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C7AEB">
              <w:rPr>
                <w:rFonts w:ascii="Times New Roman" w:hAnsi="Times New Roman" w:cs="Times New Roman"/>
                <w:sz w:val="22"/>
              </w:rPr>
              <w:t>Semnătura</w:t>
            </w:r>
            <w:proofErr w:type="spellEnd"/>
            <w:r w:rsidRPr="00DC7AE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C7AEB">
              <w:rPr>
                <w:rFonts w:ascii="Times New Roman" w:hAnsi="Times New Roman" w:cs="Times New Roman"/>
                <w:sz w:val="22"/>
              </w:rPr>
              <w:t>candidatului</w:t>
            </w:r>
            <w:proofErr w:type="spellEnd"/>
            <w:r w:rsidRPr="00DC7AEB">
              <w:rPr>
                <w:rFonts w:ascii="Times New Roman" w:hAnsi="Times New Roman" w:cs="Times New Roman"/>
                <w:sz w:val="22"/>
              </w:rPr>
              <w:t xml:space="preserve"> .................................</w:t>
            </w:r>
          </w:p>
        </w:tc>
      </w:tr>
    </w:tbl>
    <w:p w14:paraId="13961697" w14:textId="77777777" w:rsidR="00BC6CFD" w:rsidRDefault="00BC6CFD">
      <w:pPr>
        <w:spacing w:before="240" w:after="1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E7C38F" w14:textId="5B136EFF" w:rsidR="007B6146" w:rsidRDefault="0095574D">
      <w:pPr>
        <w:spacing w:before="240" w:after="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AEB">
        <w:rPr>
          <w:rFonts w:ascii="Times New Roman" w:hAnsi="Times New Roman" w:cs="Times New Roman"/>
          <w:b/>
          <w:sz w:val="24"/>
          <w:szCs w:val="24"/>
        </w:rPr>
        <w:t xml:space="preserve">DOMNULUI INSPECTOR ȘCOLAR GENERAL AL INSPECTORATULUI ȘCOLAR JUDEȚEAN </w:t>
      </w:r>
      <w:r w:rsidR="00211AC2" w:rsidRPr="00DC7AEB">
        <w:rPr>
          <w:rFonts w:ascii="Times New Roman" w:hAnsi="Times New Roman" w:cs="Times New Roman"/>
          <w:b/>
          <w:sz w:val="24"/>
          <w:szCs w:val="24"/>
        </w:rPr>
        <w:t>MARAMUREȘ</w:t>
      </w:r>
    </w:p>
    <w:p w14:paraId="7545FD38" w14:textId="77777777" w:rsidR="007B6146" w:rsidRPr="00211AC2" w:rsidRDefault="0095574D" w:rsidP="00045F53">
      <w:pPr>
        <w:rPr>
          <w:rFonts w:ascii="Times New Roman" w:hAnsi="Times New Roman" w:cs="Times New Roman"/>
        </w:rPr>
      </w:pPr>
      <w:r w:rsidRPr="00211AC2">
        <w:rPr>
          <w:rFonts w:ascii="Times New Roman" w:hAnsi="Times New Roman" w:cs="Times New Roman"/>
          <w:sz w:val="16"/>
        </w:rPr>
        <w:t>____________________________________________________________________________________________</w:t>
      </w:r>
    </w:p>
    <w:p w14:paraId="191036FF" w14:textId="7944A615" w:rsidR="007B6146" w:rsidRPr="00045F53" w:rsidRDefault="00045F53" w:rsidP="00045F53">
      <w:pPr>
        <w:rPr>
          <w:rFonts w:ascii="Times New Roman" w:hAnsi="Times New Roman" w:cs="Times New Roman"/>
          <w:sz w:val="16"/>
          <w:szCs w:val="16"/>
        </w:rPr>
      </w:pPr>
      <w:r w:rsidRPr="00045F53">
        <w:rPr>
          <w:rFonts w:ascii="Times New Roman" w:hAnsi="Times New Roman" w:cs="Times New Roman"/>
          <w:sz w:val="16"/>
          <w:szCs w:val="16"/>
        </w:rPr>
        <w:t xml:space="preserve">*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Educatoare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învăţător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maistru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-instructor,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antrenor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cadru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didactic medical,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învăţător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-itinerant, institutor,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pentru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învăţământul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preşcolar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pentru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învăţământul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primar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</w:p>
    <w:p w14:paraId="3945A184" w14:textId="15ECD6A3" w:rsidR="00045F53" w:rsidRPr="00211AC2" w:rsidRDefault="00045F53" w:rsidP="00045F53">
      <w:pPr>
        <w:rPr>
          <w:rFonts w:ascii="Times New Roman" w:hAnsi="Times New Roman" w:cs="Times New Roman"/>
        </w:rPr>
      </w:pPr>
      <w:r w:rsidRPr="00045F53">
        <w:rPr>
          <w:rFonts w:ascii="Times New Roman" w:hAnsi="Times New Roman" w:cs="Times New Roman"/>
          <w:sz w:val="16"/>
          <w:szCs w:val="16"/>
        </w:rPr>
        <w:t xml:space="preserve">.  </w:t>
      </w:r>
    </w:p>
    <w:sectPr w:rsidR="00045F53" w:rsidRPr="00211AC2" w:rsidSect="00045F53">
      <w:pgSz w:w="11906" w:h="16838"/>
      <w:pgMar w:top="426" w:right="822" w:bottom="652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AC83C" w14:textId="77777777" w:rsidR="0095574D" w:rsidRDefault="0095574D">
      <w:r>
        <w:separator/>
      </w:r>
    </w:p>
  </w:endnote>
  <w:endnote w:type="continuationSeparator" w:id="0">
    <w:p w14:paraId="385092A1" w14:textId="77777777" w:rsidR="0095574D" w:rsidRDefault="00955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612C5" w14:textId="77777777" w:rsidR="0095574D" w:rsidRDefault="0095574D">
      <w:r>
        <w:separator/>
      </w:r>
    </w:p>
  </w:footnote>
  <w:footnote w:type="continuationSeparator" w:id="0">
    <w:p w14:paraId="5ABCB992" w14:textId="77777777" w:rsidR="0095574D" w:rsidRDefault="00955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F60"/>
    <w:rsid w:val="00045F53"/>
    <w:rsid w:val="0006063C"/>
    <w:rsid w:val="0015074B"/>
    <w:rsid w:val="00211AC2"/>
    <w:rsid w:val="002556D2"/>
    <w:rsid w:val="0029639D"/>
    <w:rsid w:val="00311431"/>
    <w:rsid w:val="00326F90"/>
    <w:rsid w:val="006827B9"/>
    <w:rsid w:val="007B6146"/>
    <w:rsid w:val="008E3A3C"/>
    <w:rsid w:val="0095574D"/>
    <w:rsid w:val="00AA1D8D"/>
    <w:rsid w:val="00B22446"/>
    <w:rsid w:val="00B47730"/>
    <w:rsid w:val="00BC6CFD"/>
    <w:rsid w:val="00CB0664"/>
    <w:rsid w:val="00DC7AEB"/>
    <w:rsid w:val="00E270CA"/>
    <w:rsid w:val="00F244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4E4F0"/>
  <w14:defaultImageDpi w14:val="300"/>
  <w15:docId w15:val="{063BFBA2-1091-4D23-A1AD-E8E302AC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C3BF93-A97C-48DC-AB2C-2B9DF03A3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478</Words>
  <Characters>2774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W11</cp:lastModifiedBy>
  <cp:revision>4</cp:revision>
  <dcterms:created xsi:type="dcterms:W3CDTF">2026-10-05T18:56:00Z</dcterms:created>
  <dcterms:modified xsi:type="dcterms:W3CDTF">2026-10-06T06:07:00Z</dcterms:modified>
  <cp:category/>
</cp:coreProperties>
</file>