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8B6CB" w14:textId="77777777" w:rsidR="006D64C3" w:rsidRDefault="00000000">
      <w:pPr>
        <w:spacing w:after="40"/>
        <w:jc w:val="center"/>
      </w:pPr>
      <w:r>
        <w:rPr>
          <w:b/>
          <w:sz w:val="28"/>
        </w:rPr>
        <w:t>RECOMANDAREA</w:t>
      </w:r>
    </w:p>
    <w:p w14:paraId="13196623" w14:textId="77777777" w:rsidR="006D64C3" w:rsidRDefault="00000000">
      <w:pPr>
        <w:spacing w:after="20"/>
        <w:jc w:val="center"/>
      </w:pPr>
      <w:r>
        <w:rPr>
          <w:b/>
          <w:sz w:val="23"/>
        </w:rPr>
        <w:t>consiliului profesoral asupra activităţii cadrului didactic</w:t>
      </w:r>
    </w:p>
    <w:p w14:paraId="506FFEC4" w14:textId="77777777" w:rsidR="006D64C3" w:rsidRDefault="00000000">
      <w:pPr>
        <w:spacing w:after="200"/>
        <w:jc w:val="center"/>
      </w:pPr>
      <w:r>
        <w:rPr>
          <w:b/>
          <w:sz w:val="23"/>
        </w:rPr>
        <w:t>pentru înscrierea la acordarea gradului didactic I pe baza titlului ştiinţific de doctor</w:t>
      </w:r>
    </w:p>
    <w:p w14:paraId="738D8BED" w14:textId="77777777" w:rsidR="006D64C3" w:rsidRDefault="00000000">
      <w:pPr>
        <w:spacing w:line="324" w:lineRule="auto"/>
        <w:ind w:firstLine="397"/>
        <w:jc w:val="both"/>
      </w:pPr>
      <w:r>
        <w:t>Consiliul profesoral al unității de învățământ _________________________________________________, întrunit în şedinţa din data de ________________, a analizat activitatea desfăşurată de doamna/domnul ___________________________________________, cadru didactic cu specializarea __________________________________ şi apreciază că sunt îndeplinite condiţiile legale de înscriere în vederea acordării gradului didactic I pe baza titlului ştiinţific de doctor.</w:t>
      </w:r>
    </w:p>
    <w:p w14:paraId="183E046D" w14:textId="77777777" w:rsidR="006D64C3" w:rsidRDefault="00000000">
      <w:pPr>
        <w:spacing w:before="140"/>
      </w:pPr>
      <w:r>
        <w:rPr>
          <w:b/>
        </w:rPr>
        <w:t>I.  Calificativul obţinut la prima inspecţie curentă</w:t>
      </w:r>
    </w:p>
    <w:p w14:paraId="1E3C90DB" w14:textId="77777777" w:rsidR="006D64C3" w:rsidRDefault="00000000">
      <w:pPr>
        <w:spacing w:before="80"/>
      </w:pPr>
      <w:r>
        <w:t>Anul şcolar ____________   calificativ ______________   inspector/metodist _________________________</w:t>
      </w:r>
    </w:p>
    <w:p w14:paraId="148DF16F" w14:textId="77777777" w:rsidR="006D64C3" w:rsidRDefault="00000000">
      <w:r>
        <w:t>data ______________</w:t>
      </w:r>
    </w:p>
    <w:p w14:paraId="2473FAEE" w14:textId="77777777" w:rsidR="006D64C3" w:rsidRDefault="00000000">
      <w:pPr>
        <w:spacing w:before="160"/>
      </w:pPr>
      <w:r>
        <w:rPr>
          <w:b/>
        </w:rPr>
        <w:t>II.  Calificative obţinute la evaluările anuale în ultimii doi ani de activitate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6D64C3" w14:paraId="4694B2E5" w14:textId="77777777">
        <w:trPr>
          <w:trHeight w:val="1814"/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6E3A81" w14:textId="77777777" w:rsidR="006D64C3" w:rsidRDefault="006D64C3"/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C7299F" w14:textId="77777777" w:rsidR="006D64C3" w:rsidRDefault="00000000">
            <w:pPr>
              <w:jc w:val="center"/>
            </w:pPr>
            <w:r>
              <w:rPr>
                <w:sz w:val="20"/>
              </w:rPr>
              <w:t>Sancţiuni disciplinare conform</w:t>
            </w:r>
            <w:r>
              <w:rPr>
                <w:sz w:val="20"/>
              </w:rPr>
              <w:br/>
              <w:t>art. 280 (2) Legea educaţiei</w:t>
            </w:r>
            <w:r>
              <w:rPr>
                <w:sz w:val="20"/>
              </w:rPr>
              <w:br/>
              <w:t>naţionale nr. 1/2011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(Se completează DA/ NU)</w:t>
            </w:r>
          </w:p>
        </w:tc>
      </w:tr>
      <w:tr w:rsidR="006D64C3" w14:paraId="409243C8" w14:textId="77777777">
        <w:trPr>
          <w:trHeight w:val="765"/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FD807" w14:textId="77777777" w:rsidR="006D64C3" w:rsidRDefault="00000000">
            <w:r>
              <w:t>Anul şcolar ________________   calificativ ______________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2F6067" w14:textId="77777777" w:rsidR="006D64C3" w:rsidRDefault="006D64C3"/>
        </w:tc>
      </w:tr>
      <w:tr w:rsidR="006D64C3" w14:paraId="6076EB8F" w14:textId="77777777">
        <w:trPr>
          <w:trHeight w:val="765"/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3F2CF1" w14:textId="77777777" w:rsidR="006D64C3" w:rsidRDefault="00000000">
            <w:r>
              <w:t>Anul şcolar ________________   calificativ ______________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ABF8DD" w14:textId="77777777" w:rsidR="006D64C3" w:rsidRDefault="006D64C3"/>
        </w:tc>
      </w:tr>
    </w:tbl>
    <w:p w14:paraId="4D37AC69" w14:textId="77777777" w:rsidR="006D64C3" w:rsidRDefault="00000000">
      <w:pPr>
        <w:spacing w:before="680"/>
        <w:jc w:val="center"/>
      </w:pPr>
      <w:r>
        <w:rPr>
          <w:b/>
        </w:rPr>
        <w:t>DIRECTOR,</w:t>
      </w:r>
    </w:p>
    <w:p w14:paraId="6BDE06D1" w14:textId="77777777" w:rsidR="006D64C3" w:rsidRDefault="00000000">
      <w:r>
        <w:br w:type="page"/>
      </w:r>
    </w:p>
    <w:sectPr w:rsidR="006D64C3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823407">
    <w:abstractNumId w:val="8"/>
  </w:num>
  <w:num w:numId="2" w16cid:durableId="1522628187">
    <w:abstractNumId w:val="6"/>
  </w:num>
  <w:num w:numId="3" w16cid:durableId="880363912">
    <w:abstractNumId w:val="5"/>
  </w:num>
  <w:num w:numId="4" w16cid:durableId="890921769">
    <w:abstractNumId w:val="4"/>
  </w:num>
  <w:num w:numId="5" w16cid:durableId="2110225906">
    <w:abstractNumId w:val="7"/>
  </w:num>
  <w:num w:numId="6" w16cid:durableId="951210650">
    <w:abstractNumId w:val="3"/>
  </w:num>
  <w:num w:numId="7" w16cid:durableId="1383141071">
    <w:abstractNumId w:val="2"/>
  </w:num>
  <w:num w:numId="8" w16cid:durableId="1332836722">
    <w:abstractNumId w:val="1"/>
  </w:num>
  <w:num w:numId="9" w16cid:durableId="1360466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9416A"/>
    <w:rsid w:val="006D64C3"/>
    <w:rsid w:val="00AA1D8D"/>
    <w:rsid w:val="00B47730"/>
    <w:rsid w:val="00CB0664"/>
    <w:rsid w:val="00E270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084DE6"/>
  <w14:defaultImageDpi w14:val="300"/>
  <w15:docId w15:val="{063BFBA2-1091-4D23-A1AD-E8E302AC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Times New Roman" w:hAnsi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Salagean Gabriela</cp:lastModifiedBy>
  <cp:revision>2</cp:revision>
  <dcterms:created xsi:type="dcterms:W3CDTF">2026-10-05T19:31:00Z</dcterms:created>
  <dcterms:modified xsi:type="dcterms:W3CDTF">2026-10-05T19:31:00Z</dcterms:modified>
  <cp:category/>
</cp:coreProperties>
</file>